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Title"/>
        <w:jc w:val="center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8"/>
          <w:szCs w:val="28"/>
          <w:rtl w:val="off"/>
        </w:rPr>
      </w:pPr>
      <w:r>
        <w:rPr>
          <w:rFonts w:ascii="맑은 고딕" w:eastAsia="맑은 고딕" w:hAnsi="맑은 고딕"/>
          <w:b/>
          <w:color w:val="000000"/>
          <w:sz w:val="28"/>
          <w:szCs w:val="28"/>
        </w:rPr>
        <w:t>감정 및 결정신청서</w:t>
      </w:r>
    </w:p>
    <w:p>
      <w:pPr>
        <w:jc w:val="left"/>
        <w:spacing w:line="360" w:lineRule="auto"/>
        <w:rPr>
          <w:lang w:eastAsia="ko-KR"/>
          <w:rFonts w:ascii="맑은 고딕" w:eastAsia="맑은 고딕" w:hAnsi="맑은 고딕" w:hint="eastAsia"/>
          <w:b/>
          <w:color w:val="000000"/>
          <w:sz w:val="24"/>
          <w:szCs w:val="24"/>
          <w:rtl w:val="off"/>
        </w:rPr>
      </w:pPr>
      <w:r>
        <w:rPr>
          <w:lang w:eastAsia="ko-KR"/>
          <w:rFonts w:ascii="맑은 고딕" w:eastAsia="맑은 고딕" w:hAnsi="맑은 고딕"/>
          <w:b/>
          <w:color w:val="000000"/>
          <w:sz w:val="24"/>
          <w:szCs w:val="24"/>
          <w:rtl w:val="off"/>
        </w:rPr>
        <w:t xml:space="preserve">사   건 : </w:t>
      </w:r>
      <w:r>
        <w:rPr>
          <w:rFonts w:ascii="맑은 고딕" w:eastAsia="맑은 고딕" w:hAnsi="맑은 고딕"/>
          <w:b w:val="0"/>
          <w:color w:val="000000"/>
          <w:sz w:val="24"/>
        </w:rPr>
        <w:t>[20  가/구/형/허/느  ○○○○  사건명]</w:t>
      </w:r>
    </w:p>
    <w:p>
      <w:pPr>
        <w:jc w:val="left"/>
        <w:spacing w:line="360" w:lineRule="auto"/>
        <w:rPr>
          <w:lang w:eastAsia="ko-KR"/>
          <w:rFonts w:ascii="맑은 고딕" w:eastAsia="맑은 고딕" w:hAnsi="맑은 고딕" w:hint="eastAsia"/>
          <w:b w:val="0"/>
          <w:color w:val="000000"/>
          <w:sz w:val="24"/>
          <w:rtl w:val="off"/>
        </w:rPr>
      </w:pPr>
      <w:r>
        <w:rPr>
          <w:rFonts w:ascii="맑은 고딕" w:eastAsia="맑은 고딕" w:hAnsi="맑은 고딕"/>
          <w:b/>
          <w:color w:val="000000"/>
          <w:sz w:val="24"/>
          <w:szCs w:val="24"/>
        </w:rPr>
        <w:t>신청인</w:t>
      </w:r>
      <w:r>
        <w:rPr>
          <w:lang w:eastAsia="ko-KR"/>
          <w:rFonts w:ascii="맑은 고딕" w:eastAsia="맑은 고딕" w:hAnsi="맑은 고딕"/>
          <w:b/>
          <w:color w:val="000000"/>
          <w:sz w:val="24"/>
          <w:szCs w:val="24"/>
          <w:rtl w:val="off"/>
        </w:rPr>
        <w:t xml:space="preserve"> : </w:t>
      </w:r>
      <w:r>
        <w:rPr>
          <w:rFonts w:ascii="맑은 고딕" w:eastAsia="맑은 고딕" w:hAnsi="맑은 고딕"/>
          <w:b w:val="0"/>
          <w:color w:val="000000"/>
          <w:sz w:val="24"/>
        </w:rPr>
        <w:t>[원고/피고/피고인/검사/참가인 등 성명]</w:t>
      </w:r>
    </w:p>
    <w:p>
      <w:pPr>
        <w:jc w:val="left"/>
        <w:spacing w:line="360" w:lineRule="auto"/>
        <w:rPr>
          <w:lang/>
          <w:rFonts w:ascii="맑은 고딕" w:eastAsia="맑은 고딕" w:hAnsi="맑은 고딕"/>
          <w:b w:val="0"/>
          <w:color w:val="000000"/>
          <w:sz w:val="24"/>
          <w:rtl w:val="off"/>
        </w:rPr>
      </w:pPr>
      <w:r>
        <w:rPr>
          <w:rFonts w:ascii="맑은 고딕" w:eastAsia="맑은 고딕" w:hAnsi="맑은 고딕"/>
          <w:b/>
          <w:color w:val="000000"/>
          <w:sz w:val="24"/>
        </w:rPr>
        <w:t>상대방</w:t>
      </w:r>
      <w:r>
        <w:rPr>
          <w:lang w:eastAsia="ko-KR"/>
          <w:rFonts w:ascii="맑은 고딕" w:eastAsia="맑은 고딕" w:hAnsi="맑은 고딕"/>
          <w:b/>
          <w:color w:val="000000"/>
          <w:sz w:val="24"/>
          <w:rtl w:val="off"/>
        </w:rPr>
        <w:t xml:space="preserve"> : </w:t>
      </w:r>
      <w:r>
        <w:rPr>
          <w:rFonts w:ascii="맑은 고딕" w:eastAsia="맑은 고딕" w:hAnsi="맑은 고딕"/>
          <w:b w:val="0"/>
          <w:color w:val="000000"/>
          <w:sz w:val="24"/>
        </w:rPr>
        <w:t>[상대방 성명 또는 기관]</w:t>
      </w:r>
    </w:p>
    <w:p>
      <w:pPr>
        <w:jc w:val="left"/>
        <w:spacing w:line="360" w:lineRule="auto"/>
        <w:rPr>
          <w:rFonts w:ascii="맑은 고딕" w:eastAsia="맑은 고딕" w:hAnsi="맑은 고딕" w:hint="default"/>
        </w:rPr>
      </w:pPr>
    </w:p>
    <w:p>
      <w:pPr>
        <w:jc w:val="left"/>
        <w:spacing w:line="360" w:lineRule="auto"/>
        <w:rPr>
          <w:lang/>
          <w:rFonts w:ascii="맑은 고딕" w:eastAsia="맑은 고딕" w:hAnsi="맑은 고딕"/>
          <w:b w:val="0"/>
          <w:color w:val="000000"/>
          <w:sz w:val="24"/>
          <w:rtl w:val="off"/>
        </w:rPr>
      </w:pPr>
      <w:r>
        <w:rPr>
          <w:rFonts w:ascii="맑은 고딕" w:eastAsia="맑은 고딕" w:hAnsi="맑은 고딕"/>
          <w:b/>
          <w:bCs/>
          <w:color w:val="000000"/>
          <w:sz w:val="24"/>
        </w:rPr>
        <w:t xml:space="preserve">신청인은 아래 증거에 관하여 </w:t>
      </w:r>
      <w:r>
        <w:rPr>
          <w:lang w:eastAsia="ko-KR"/>
          <w:rFonts w:ascii="맑은 고딕" w:eastAsia="맑은 고딕" w:hAnsi="맑은 고딕"/>
          <w:b/>
          <w:bCs/>
          <w:color w:val="000000"/>
          <w:sz w:val="24"/>
          <w:rtl w:val="off"/>
        </w:rPr>
        <w:t>감정</w:t>
      </w:r>
      <w:r>
        <w:rPr>
          <w:rFonts w:ascii="맑은 고딕" w:eastAsia="맑은 고딕" w:hAnsi="맑은 고딕"/>
          <w:b/>
          <w:bCs/>
          <w:color w:val="000000"/>
          <w:sz w:val="24"/>
        </w:rPr>
        <w:t xml:space="preserve"> 및 명시적인 결정을 신청합니다.</w:t>
      </w:r>
    </w:p>
    <w:p>
      <w:pPr>
        <w:pStyle w:val="Normal"/>
        <w:jc w:val="left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Ⅰ. 관련 법령·판례·증거 및 입증취지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1. 공통 법령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가. 민사소송법 제290조: 증거조사의 필요성과 유일한 증거에 관한 기준 [민사·행정·가사 등 해당 사건]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나. 민사소송법 제208조 제2항 및 제224조: 판결 이유의 기재와 결정·명령에 대한 준용 여부 검토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다. 민사소송법 제439조·제440조: 소송절차상 신청 기각결정·형식상 하자 있는 결정 등에 관한 항고 주장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라. 민사소송법 제442조·제443조: 항고법원 결정에 대한 재항고 검토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마. 민사소송법 제449조: 불복할 수 없는 결정·명령에 대한 특별항고 요건 검토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바. 행정소송법 제8조, 가사소송법 등 해당 절차법의 준용규정 [해당 사건]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사. 형사사건은 형사소송법과 형사소송규칙의 증거신청·이의·항고 규정을 별도로 적용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2. 이 신청의 개별 근거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가. 민사소송법 제333조 이하: 감정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나. 민사소송규칙의 감정사항·감정인 선정·감정료 예납 관련 규정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다. 형사사건은 형사소송법상 감정·감정유치 등 해당 규정을 별도로 적용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3. 관련 판례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[사건번호·선고일·핵심 법리·이 신청에 적용되는 이유]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4. 관련 헌법 조항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[헌법 제27조 재판청구권, 적법절차, 방어권, 평등원칙 등 사건과 직접 관련되는 항목만 선택]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5. 증거와 입증취지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[아래 표에 증거별로 ‘무엇을 증명하는지’와 ‘쟁점에 미치는 법적 의미’를 연결]</w:t>
      </w:r>
    </w:p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Ⅱ. 감정대상과 감정사항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73"/>
        <w:gridCol w:w="4873"/>
      </w:tblGrid>
      <w:tr>
        <w:tc>
          <w:tcPr>
            <w:tcW w:w="4873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주장하는 사실</w:t>
            </w:r>
          </w:p>
        </w:tc>
        <w:tc>
          <w:tcPr>
            <w:tcW w:w="4873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[전문적 판단으로 입증할 사실]</w:t>
            </w:r>
          </w:p>
        </w:tc>
      </w:tr>
      <w:tr>
        <w:tc>
          <w:tcPr>
            <w:tcW w:w="4873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감정대상</w:t>
            </w:r>
          </w:p>
        </w:tc>
        <w:tc>
          <w:tcPr>
            <w:tcW w:w="4873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[문서 원본·신체·제품·토지·회계자료·전자데이터 등]</w:t>
            </w:r>
          </w:p>
        </w:tc>
      </w:tr>
      <w:tr>
        <w:tc>
          <w:tcPr>
            <w:tcW w:w="4873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감정사항</w:t>
            </w:r>
          </w:p>
        </w:tc>
        <w:tc>
          <w:tcPr>
            <w:tcW w:w="4873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[전문가가 답해야 할 질문을 번호별로 구체화]</w:t>
            </w:r>
          </w:p>
        </w:tc>
      </w:tr>
      <w:tr>
        <w:tc>
          <w:tcPr>
            <w:tcW w:w="4873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희망 감정분야</w:t>
            </w:r>
          </w:p>
        </w:tc>
        <w:tc>
          <w:tcPr>
            <w:tcW w:w="4873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[필적·회계·의학·건축·특허기술 등]</w:t>
            </w:r>
          </w:p>
        </w:tc>
      </w:tr>
      <w:tr>
        <w:tc>
          <w:tcPr>
            <w:tcW w:w="4873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희망 감정기관·감정인</w:t>
            </w:r>
          </w:p>
        </w:tc>
        <w:tc>
          <w:tcPr>
            <w:tcW w:w="4873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[중립성과 전문성 근거, 법원이 선정하도록 요청 가능]</w:t>
            </w:r>
          </w:p>
        </w:tc>
      </w:tr>
      <w:tr>
        <w:tc>
          <w:tcPr>
            <w:tcW w:w="4873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비교자료</w:t>
            </w:r>
          </w:p>
        </w:tc>
        <w:tc>
          <w:tcPr>
            <w:tcW w:w="4873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[시필본·표준품·원자료 등]</w:t>
            </w:r>
          </w:p>
        </w:tc>
      </w:tr>
      <w:tr>
        <w:tc>
          <w:tcPr>
            <w:tcW w:w="4873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예상 비용·예납</w:t>
            </w:r>
          </w:p>
        </w:tc>
        <w:tc>
          <w:tcPr>
            <w:tcW w:w="4873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[알고 있는 범위, 분담 의견]</w:t>
            </w:r>
          </w:p>
        </w:tc>
      </w:tr>
    </w:tbl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Ⅲ. 신청취지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1. 법원이 선정하는 적격 감정인 또는 감정기관으로 하여금 위 감정대상과 별지 감정사항을 감정하게 한다.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2. 감정인은 감정방법, 사용자료, 판단근거 및 오차·한계를 감정서에 구체적으로 기재한다.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3. 필요한 경우 감정인신문 또는 보완감정을 실시한다.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4. 신청을 불허·기각하거나 감정사항을 제한할 경우에는 그 사유를 항목별로 명시한다.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라는 결정을 구합니다.</w:t>
      </w:r>
    </w:p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Ⅳ. 신청이유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1. 전문적 판단이 필요한 쟁점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[법관의 일반경험만으로 판단하기 어려운 이유]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2. 감정대상과 쟁점의 관련성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[감정결과가 어떤 사실을 증명하는지]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3. 감정의 필요성과 대체가능성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[다른 증거로 확인할 수 없는 이유]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4. 감정사항의 객관성·중립성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[결론을 유도하지 않고 검증 가능한 질문인 이유]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5. 감정자료의 신뢰성과 원본성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[원본·비교자료·보관경위]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6. 결정 필요성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[감정 채택·범위·감정인 선정에 관한 명시적 판단 필요]</w:t>
      </w:r>
    </w:p>
    <w:p>
      <w:pPr>
        <w:pStyle w:val="Heading2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별지: 감정사항 표준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1. [감정인이 과학적·전문적으로 판단할 구체적 질문]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2. [감정인이 과학적·전문적으로 판단할 구체적 질문]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3. [감정인이 과학적·전문적으로 판단할 구체적 질문]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4. [감정인이 과학적·전문적으로 판단할 구체적 질문]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5. [감정인이 과학적·전문적으로 판단할 구체적 질문]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6. [감정인이 과학적·전문적으로 판단할 구체적 질문]</w:t>
      </w:r>
    </w:p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Ⅴ. 결정 및 불복절차의 명시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1. 법원은 이 신청을 인용하거나 기각·각하하는 경우 신청취지와 각 핵심 쟁점에 대하여 명시적으로 판단하여 주시기 바랍니다.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2. 신청을 명시적으로 기각·각하한 경우에는 그 결정의 성격과 개별 불복규정에 따라 통상항고 또는 즉시항고를 제기합니다.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3. 법원이 신청에 대하여 결정을 하지 아니하거나 실질적으로 배척한 경우에는 미결정·소송지휘의 법적 성격을 특정하여 민사소송법 제439조·제440조 등 해당 규정에 따른 불복을 검토합니다.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4. 항고법원의 기각·각하결정에 대해서는 민사소송법 제442조·제443조 등 해당 규정에 따른 재항고를 검토합니다.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5. 법률상 통상 불복할 수 없는 결정·명령이라도 재판에 영향을 미친 헌법 또는 법률 위반이 있는 경우에는 민사소송법 제449조의 특별항고 요건을 검토합니다.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6. 독립 불복이 최종적으로 허용되지 않는 경우에는 신청서, 기일조서, 이의 및 결정 내용을 기록에 남겨 종국판결에 대한 항소·상고에서 증거조사 누락, 법리오해, 이유불비·이유모순, 적법절차 및 재판청구권 침해로 함께 다툽니다.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주의: 위 문구는 불복절차를 보존하기 위한 표준항목입니다. 실제 불복의 종류와 기간은 신청 종류, 결정의 형식, 민사·형사·행정·가사·특허 등 사건유형에 따라 달라질 수 있으므로 결정문을 받은 즉시 확인합니다.</w:t>
      </w:r>
    </w:p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Ⅵ. 헌법상 절차적 권리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핵심 증거에 대한 신청을 아무런 구체적 이유 없이 묵살하거나, 신청의 취지를 왜곡하여 판단하거나, 당사자에게 증거를 제출·조사받을 실질적인 기회를 부여하지 않는 것은 사건의 구체적 사정에 따라 헌법 제27조의 재판청구권, 적법절차, 방어권 및 평등원칙과 충돌할 수 있습니다. 따라서 법원은 증거의 관련성·필요성·대체가능성·조사비용·소송지연 가능성을 구체적으로 형량하여 판단하여야 합니다.</w:t>
      </w:r>
    </w:p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Ⅶ. 첨부서류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1. [증거사본 또는 원본]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2. [증거설명서]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3. [관련 판례·결정문]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4. [그 밖의 참고자료]</w:t>
      </w:r>
    </w:p>
    <w:p>
      <w:pPr>
        <w:jc w:val="center"/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[20  .  .  .]</w:t>
      </w:r>
    </w:p>
    <w:p>
      <w:pPr>
        <w:jc w:val="center"/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[신청인 성명] (서명 또는 날인)</w:t>
      </w:r>
    </w:p>
    <w:p>
      <w:pPr>
        <w:jc w:val="center"/>
        <w:spacing w:after="0" w:before="24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[○○법원 귀중]</w:t>
      </w:r>
    </w:p>
    <w:sectPr>
      <w:pgSz w:w="11906" w:h="16838"/>
      <w:pgMar w:top="2551" w:right="1134" w:bottom="1701" w:left="1134" w:header="0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맑은 고딕">
    <w:panose1 w:val="020B0503020000020004"/>
    <w:charset w:val="00"/>
    <w:notTrueType w:val="false"/>
    <w:sig w:usb0="9000002F" w:usb1="29D77CFB" w:usb2="00000012" w:usb3="00000001" w:csb0="00080001" w:csb1="00000001"/>
  </w:font>
  <w:font w:name="Courier">
    <w:panose1 w:val="02000500FFFFFFFFFFFF"/>
    <w:family w:val="auto"/>
    <w:charset w:val="00"/>
    <w:notTrueType w:val="false"/>
    <w:pitch w:val="variable"/>
    <w:sig w:usb0="00000003" w:usb1="00000000" w:usb2="00000000" w:usb3="00000000" w:csb0="00000001" w:csb1="00000000"/>
  </w:font>
  <w:font w:name="Symbol">
    <w:panose1 w:val="05050102010706020507"/>
    <w:family w:val="auto"/>
    <w:charset w:val="02"/>
    <w:notTrueType w:val="false"/>
    <w:sig w:usb0="00000001" w:usb1="00000001" w:usb2="00000001" w:usb3="00000001" w:csb0="80000000" w:csb1="00000001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ffffff89"/>
    <w:multiLevelType w:val="singleLevel"/>
    <w:tmpl w:val="29761a62"/>
    <w:lvl w:ilvl="0">
      <w:start w:val="1"/>
      <w:numFmt w:val="bullet"/>
      <w:lvlText w:val=""/>
      <w:lvlJc w:val="left"/>
      <w:pStyle w:val="ListBullet"/>
      <w:pPr>
        <w:ind w:left="360" w:hanging="360"/>
        <w:tabs>
          <w:tab w:val="num" w:pos="360"/>
        </w:tabs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3d1effd4"/>
    <w:lvl w:ilvl="0">
      <w:start w:val="1"/>
      <w:numFmt w:val="bullet"/>
      <w:lvlText w:val=""/>
      <w:lvlJc w:val="left"/>
      <w:pStyle w:val="ListBullet2"/>
      <w:pPr>
        <w:ind w:left="720" w:hanging="360"/>
        <w:tabs>
          <w:tab w:val="num" w:pos="720"/>
        </w:tabs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f3eafdec"/>
    <w:lvl w:ilvl="0">
      <w:start w:val="1"/>
      <w:numFmt w:val="bullet"/>
      <w:lvlText w:val=""/>
      <w:lvlJc w:val="left"/>
      <w:pStyle w:val="ListBullet3"/>
      <w:pPr>
        <w:ind w:left="1080" w:hanging="360"/>
        <w:tabs>
          <w:tab w:val="num" w:pos="1080"/>
        </w:tabs>
      </w:pPr>
      <w:rPr>
        <w:rFonts w:ascii="Symbol" w:hAnsi="Symbol" w:hint="default"/>
      </w:rPr>
    </w:lvl>
  </w:abstractNum>
  <w:abstractNum w:abstractNumId="3">
    <w:nsid w:val="ffffff88"/>
    <w:multiLevelType w:val="singleLevel"/>
    <w:tmpl w:val="d0a62b40"/>
    <w:lvl w:ilvl="0">
      <w:start w:val="1"/>
      <w:lvlText w:val="%1."/>
      <w:lvlJc w:val="left"/>
      <w:pStyle w:val="ListNumber"/>
      <w:pPr>
        <w:ind w:left="360" w:hanging="360"/>
        <w:tabs>
          <w:tab w:val="num" w:pos="360"/>
        </w:tabs>
      </w:pPr>
    </w:lvl>
  </w:abstractNum>
  <w:abstractNum w:abstractNumId="4">
    <w:nsid w:val="ffffff7f"/>
    <w:multiLevelType w:val="singleLevel"/>
    <w:tmpl w:val="38441652"/>
    <w:lvl w:ilvl="0">
      <w:start w:val="1"/>
      <w:lvlText w:val="%1."/>
      <w:lvlJc w:val="left"/>
      <w:pStyle w:val="ListNumber2"/>
      <w:pPr>
        <w:ind w:left="720" w:hanging="360"/>
        <w:tabs>
          <w:tab w:val="num" w:pos="720"/>
        </w:tabs>
      </w:pPr>
    </w:lvl>
  </w:abstractNum>
  <w:abstractNum w:abstractNumId="5">
    <w:nsid w:val="ffffff7e"/>
    <w:multiLevelType w:val="singleLevel"/>
    <w:tmpl w:val="fb12693a"/>
    <w:lvl w:ilvl="0">
      <w:start w:val="1"/>
      <w:lvlText w:val="%1."/>
      <w:lvlJc w:val="left"/>
      <w:pStyle w:val="ListNumber3"/>
      <w:pPr>
        <w:ind w:left="1080" w:hanging="360"/>
        <w:tabs>
          <w:tab w:val="num" w:pos="1080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val="bestFit"/>
  <w:removePersonalInformation/>
  <w:bordersDontSurroundHeader/>
  <w:bordersDontSurroundFooter/>
  <w:hideGrammaticalErrors/>
  <w:proofState w:spelling="clean" w:grammar="clean"/>
  <w:defaultTabStop w:val="72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ja-JP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  <w:rFonts w:asciiTheme="minorHAnsi" w:eastAsiaTheme="minorEastAsia" w:hAnsi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35"/>
    <w:lsdException w:name="toc 2" w:uiPriority="135"/>
    <w:lsdException w:name="toc 3" w:uiPriority="135"/>
    <w:lsdException w:name="toc 4" w:uiPriority="135"/>
    <w:lsdException w:name="toc 5" w:uiPriority="135"/>
    <w:lsdException w:name="toc 6" w:uiPriority="135"/>
    <w:lsdException w:name="toc 7" w:uiPriority="135"/>
    <w:lsdException w:name="toc 8" w:uiPriority="135"/>
    <w:lsdException w:name="toc 9" w:uiPriority="135"/>
    <w:lsdException w:name="caption" w:uiPriority="131" w:qFormat="1"/>
    <w:lsdException w:name="Title" w:semiHidden="0" w:uiPriority="34" w:unhideWhenUsed="0" w:qFormat="1"/>
    <w:lsdException w:name="Default Paragraph Font" w:uiPriority="1"/>
    <w:lsdException w:name="Subtitle" w:semiHidden="0" w:uiPriority="35" w:unhideWhenUsed="0" w:qFormat="1"/>
    <w:lsdException w:name="Strong" w:semiHidden="0" w:uiPriority="82" w:unhideWhenUsed="0" w:qFormat="1"/>
    <w:lsdException w:name="Emphasis" w:semiHidden="0" w:uiPriority="80" w:unhideWhenUsed="0" w:qFormat="1"/>
    <w:lsdException w:name="Table Grid" w:semiHidden="0" w:uiPriority="31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336" w:unhideWhenUsed="0"/>
    <w:lsdException w:name="Light List" w:semiHidden="0" w:uiPriority="337" w:unhideWhenUsed="0"/>
    <w:lsdException w:name="Light Grid" w:semiHidden="0" w:uiPriority="338" w:unhideWhenUsed="0"/>
    <w:lsdException w:name="Medium Shading 1" w:semiHidden="0" w:uiPriority="339" w:unhideWhenUsed="0"/>
    <w:lsdException w:name="Medium Shading 2" w:semiHidden="0" w:uiPriority="598" w:unhideWhenUsed="0"/>
    <w:lsdException w:name="Medium List 1" w:semiHidden="0" w:uiPriority="599" w:unhideWhenUsed="0"/>
    <w:lsdException w:name="Medium List 2" w:semiHidden="0" w:uiPriority="600" w:unhideWhenUsed="0"/>
    <w:lsdException w:name="Medium Grid 1" w:semiHidden="0" w:uiPriority="601" w:unhideWhenUsed="0"/>
    <w:lsdException w:name="Medium Grid 2" w:semiHidden="0" w:uiPriority="608" w:unhideWhenUsed="0"/>
    <w:lsdException w:name="Medium Grid 3" w:semiHidden="0" w:uiPriority="609" w:unhideWhenUsed="0"/>
    <w:lsdException w:name="Dark List" w:semiHidden="0" w:uiPriority="628" w:unhideWhenUsed="0"/>
    <w:lsdException w:name="Colorful Shading" w:semiHidden="0" w:uiPriority="629" w:unhideWhenUsed="0"/>
    <w:lsdException w:name="Colorful List" w:semiHidden="0" w:uiPriority="630" w:unhideWhenUsed="0"/>
    <w:lsdException w:name="Colorful Grid" w:semiHidden="0" w:uiPriority="631" w:unhideWhenUsed="0"/>
    <w:lsdException w:name="Light Shading Accent 1" w:semiHidden="0" w:uiPriority="336" w:unhideWhenUsed="0"/>
    <w:lsdException w:name="Light List Accent 1" w:semiHidden="0" w:uiPriority="337" w:unhideWhenUsed="0"/>
    <w:lsdException w:name="Light Grid Accent 1" w:semiHidden="0" w:uiPriority="338" w:unhideWhenUsed="0"/>
    <w:lsdException w:name="Medium Shading 1 Accent 1" w:semiHidden="0" w:uiPriority="339" w:unhideWhenUsed="0"/>
    <w:lsdException w:name="Medium Shading 2 Accent 1" w:semiHidden="0" w:uiPriority="598" w:unhideWhenUsed="0"/>
    <w:lsdException w:name="Medium List 1 Accent 1" w:semiHidden="0" w:uiPriority="599" w:unhideWhenUsed="0"/>
    <w:lsdException w:name="Revision" w:unhideWhenUsed="0"/>
    <w:lsdException w:name="List Paragraph" w:semiHidden="0" w:uiPriority="130" w:unhideWhenUsed="0" w:qFormat="1"/>
    <w:lsdException w:name="Quote" w:semiHidden="0" w:uiPriority="101" w:unhideWhenUsed="0" w:qFormat="1"/>
    <w:lsdException w:name="Intense Quote" w:semiHidden="0" w:uiPriority="114" w:unhideWhenUsed="0" w:qFormat="1"/>
    <w:lsdException w:name="Medium List 2 Accent 1" w:semiHidden="0" w:uiPriority="600" w:unhideWhenUsed="0"/>
    <w:lsdException w:name="Medium Grid 1 Accent 1" w:semiHidden="0" w:uiPriority="601" w:unhideWhenUsed="0"/>
    <w:lsdException w:name="Medium Grid 2 Accent 1" w:semiHidden="0" w:uiPriority="608" w:unhideWhenUsed="0"/>
    <w:lsdException w:name="Medium Grid 3 Accent 1" w:semiHidden="0" w:uiPriority="609" w:unhideWhenUsed="0"/>
    <w:lsdException w:name="Dark List Accent 1" w:semiHidden="0" w:uiPriority="628" w:unhideWhenUsed="0"/>
    <w:lsdException w:name="Colorful Shading Accent 1" w:semiHidden="0" w:uiPriority="629" w:unhideWhenUsed="0"/>
    <w:lsdException w:name="Colorful List Accent 1" w:semiHidden="0" w:uiPriority="630" w:unhideWhenUsed="0"/>
    <w:lsdException w:name="Colorful Grid Accent 1" w:semiHidden="0" w:uiPriority="631" w:unhideWhenUsed="0"/>
    <w:lsdException w:name="Light Shading Accent 2" w:semiHidden="0" w:uiPriority="336" w:unhideWhenUsed="0"/>
    <w:lsdException w:name="Light List Accent 2" w:semiHidden="0" w:uiPriority="337" w:unhideWhenUsed="0"/>
    <w:lsdException w:name="Light Grid Accent 2" w:semiHidden="0" w:uiPriority="338" w:unhideWhenUsed="0"/>
    <w:lsdException w:name="Medium Shading 1 Accent 2" w:semiHidden="0" w:uiPriority="339" w:unhideWhenUsed="0"/>
    <w:lsdException w:name="Medium Shading 2 Accent 2" w:semiHidden="0" w:uiPriority="598" w:unhideWhenUsed="0"/>
    <w:lsdException w:name="Medium List 1 Accent 2" w:semiHidden="0" w:uiPriority="599" w:unhideWhenUsed="0"/>
    <w:lsdException w:name="Medium List 2 Accent 2" w:semiHidden="0" w:uiPriority="600" w:unhideWhenUsed="0"/>
    <w:lsdException w:name="Medium Grid 1 Accent 2" w:semiHidden="0" w:uiPriority="601" w:unhideWhenUsed="0"/>
    <w:lsdException w:name="Medium Grid 2 Accent 2" w:semiHidden="0" w:uiPriority="608" w:unhideWhenUsed="0"/>
    <w:lsdException w:name="Medium Grid 3 Accent 2" w:semiHidden="0" w:uiPriority="609" w:unhideWhenUsed="0"/>
    <w:lsdException w:name="Dark List Accent 2" w:semiHidden="0" w:uiPriority="628" w:unhideWhenUsed="0"/>
    <w:lsdException w:name="Colorful Shading Accent 2" w:semiHidden="0" w:uiPriority="629" w:unhideWhenUsed="0"/>
    <w:lsdException w:name="Colorful List Accent 2" w:semiHidden="0" w:uiPriority="630" w:unhideWhenUsed="0"/>
    <w:lsdException w:name="Colorful Grid Accent 2" w:semiHidden="0" w:uiPriority="631" w:unhideWhenUsed="0"/>
    <w:lsdException w:name="Light Shading Accent 3" w:semiHidden="0" w:uiPriority="336" w:unhideWhenUsed="0"/>
    <w:lsdException w:name="Light List Accent 3" w:semiHidden="0" w:uiPriority="337" w:unhideWhenUsed="0"/>
    <w:lsdException w:name="Light Grid Accent 3" w:semiHidden="0" w:uiPriority="338" w:unhideWhenUsed="0"/>
    <w:lsdException w:name="Medium Shading 1 Accent 3" w:semiHidden="0" w:uiPriority="339" w:unhideWhenUsed="0"/>
    <w:lsdException w:name="Medium Shading 2 Accent 3" w:semiHidden="0" w:uiPriority="598" w:unhideWhenUsed="0"/>
    <w:lsdException w:name="Medium List 1 Accent 3" w:semiHidden="0" w:uiPriority="599" w:unhideWhenUsed="0"/>
    <w:lsdException w:name="Medium List 2 Accent 3" w:semiHidden="0" w:uiPriority="600" w:unhideWhenUsed="0"/>
    <w:lsdException w:name="Medium Grid 1 Accent 3" w:semiHidden="0" w:uiPriority="601" w:unhideWhenUsed="0"/>
    <w:lsdException w:name="Medium Grid 2 Accent 3" w:semiHidden="0" w:uiPriority="608" w:unhideWhenUsed="0"/>
    <w:lsdException w:name="Medium Grid 3 Accent 3" w:semiHidden="0" w:uiPriority="609" w:unhideWhenUsed="0"/>
    <w:lsdException w:name="Dark List Accent 3" w:semiHidden="0" w:uiPriority="628" w:unhideWhenUsed="0"/>
    <w:lsdException w:name="Colorful Shading Accent 3" w:semiHidden="0" w:uiPriority="629" w:unhideWhenUsed="0"/>
    <w:lsdException w:name="Colorful List Accent 3" w:semiHidden="0" w:uiPriority="630" w:unhideWhenUsed="0"/>
    <w:lsdException w:name="Colorful Grid Accent 3" w:semiHidden="0" w:uiPriority="631" w:unhideWhenUsed="0"/>
    <w:lsdException w:name="Light Shading Accent 4" w:semiHidden="0" w:uiPriority="336" w:unhideWhenUsed="0"/>
    <w:lsdException w:name="Light List Accent 4" w:semiHidden="0" w:uiPriority="337" w:unhideWhenUsed="0"/>
    <w:lsdException w:name="Light Grid Accent 4" w:semiHidden="0" w:uiPriority="338" w:unhideWhenUsed="0"/>
    <w:lsdException w:name="Medium Shading 1 Accent 4" w:semiHidden="0" w:uiPriority="339" w:unhideWhenUsed="0"/>
    <w:lsdException w:name="Medium Shading 2 Accent 4" w:semiHidden="0" w:uiPriority="598" w:unhideWhenUsed="0"/>
    <w:lsdException w:name="Medium List 1 Accent 4" w:semiHidden="0" w:uiPriority="599" w:unhideWhenUsed="0"/>
    <w:lsdException w:name="Medium List 2 Accent 4" w:semiHidden="0" w:uiPriority="600" w:unhideWhenUsed="0"/>
    <w:lsdException w:name="Medium Grid 1 Accent 4" w:semiHidden="0" w:uiPriority="601" w:unhideWhenUsed="0"/>
    <w:lsdException w:name="Medium Grid 2 Accent 4" w:semiHidden="0" w:uiPriority="608" w:unhideWhenUsed="0"/>
    <w:lsdException w:name="Medium Grid 3 Accent 4" w:semiHidden="0" w:uiPriority="609" w:unhideWhenUsed="0"/>
    <w:lsdException w:name="Dark List Accent 4" w:semiHidden="0" w:uiPriority="628" w:unhideWhenUsed="0"/>
    <w:lsdException w:name="Colorful Shading Accent 4" w:semiHidden="0" w:uiPriority="629" w:unhideWhenUsed="0"/>
    <w:lsdException w:name="Colorful List Accent 4" w:semiHidden="0" w:uiPriority="630" w:unhideWhenUsed="0"/>
    <w:lsdException w:name="Colorful Grid Accent 4" w:semiHidden="0" w:uiPriority="631" w:unhideWhenUsed="0"/>
    <w:lsdException w:name="Light Shading Accent 5" w:semiHidden="0" w:uiPriority="336" w:unhideWhenUsed="0"/>
    <w:lsdException w:name="Light List Accent 5" w:semiHidden="0" w:uiPriority="337" w:unhideWhenUsed="0"/>
    <w:lsdException w:name="Light Grid Accent 5" w:semiHidden="0" w:uiPriority="338" w:unhideWhenUsed="0"/>
    <w:lsdException w:name="Medium Shading 1 Accent 5" w:semiHidden="0" w:uiPriority="339" w:unhideWhenUsed="0"/>
    <w:lsdException w:name="Medium Shading 2 Accent 5" w:semiHidden="0" w:uiPriority="598" w:unhideWhenUsed="0"/>
    <w:lsdException w:name="Medium List 1 Accent 5" w:semiHidden="0" w:uiPriority="599" w:unhideWhenUsed="0"/>
    <w:lsdException w:name="Medium List 2 Accent 5" w:semiHidden="0" w:uiPriority="600" w:unhideWhenUsed="0"/>
    <w:lsdException w:name="Medium Grid 1 Accent 5" w:semiHidden="0" w:uiPriority="601" w:unhideWhenUsed="0"/>
    <w:lsdException w:name="Medium Grid 2 Accent 5" w:semiHidden="0" w:uiPriority="608" w:unhideWhenUsed="0"/>
    <w:lsdException w:name="Medium Grid 3 Accent 5" w:semiHidden="0" w:uiPriority="609" w:unhideWhenUsed="0"/>
    <w:lsdException w:name="Dark List Accent 5" w:semiHidden="0" w:uiPriority="628" w:unhideWhenUsed="0"/>
    <w:lsdException w:name="Colorful Shading Accent 5" w:semiHidden="0" w:uiPriority="629" w:unhideWhenUsed="0"/>
    <w:lsdException w:name="Colorful List Accent 5" w:semiHidden="0" w:uiPriority="630" w:unhideWhenUsed="0"/>
    <w:lsdException w:name="Colorful Grid Accent 5" w:semiHidden="0" w:uiPriority="631" w:unhideWhenUsed="0"/>
    <w:lsdException w:name="Light Shading Accent 6" w:semiHidden="0" w:uiPriority="336" w:unhideWhenUsed="0"/>
    <w:lsdException w:name="Light List Accent 6" w:semiHidden="0" w:uiPriority="337" w:unhideWhenUsed="0"/>
    <w:lsdException w:name="Light Grid Accent 6" w:semiHidden="0" w:uiPriority="338" w:unhideWhenUsed="0"/>
    <w:lsdException w:name="Medium Shading 1 Accent 6" w:semiHidden="0" w:uiPriority="339" w:unhideWhenUsed="0"/>
    <w:lsdException w:name="Medium Shading 2 Accent 6" w:semiHidden="0" w:uiPriority="598" w:unhideWhenUsed="0"/>
    <w:lsdException w:name="Medium List 1 Accent 6" w:semiHidden="0" w:uiPriority="599" w:unhideWhenUsed="0"/>
    <w:lsdException w:name="Medium List 2 Accent 6" w:semiHidden="0" w:uiPriority="600" w:unhideWhenUsed="0"/>
    <w:lsdException w:name="Medium Grid 1 Accent 6" w:semiHidden="0" w:uiPriority="601" w:unhideWhenUsed="0"/>
    <w:lsdException w:name="Medium Grid 2 Accent 6" w:semiHidden="0" w:uiPriority="608" w:unhideWhenUsed="0"/>
    <w:lsdException w:name="Medium Grid 3 Accent 6" w:semiHidden="0" w:uiPriority="609" w:unhideWhenUsed="0"/>
    <w:lsdException w:name="Dark List Accent 6" w:semiHidden="0" w:uiPriority="628" w:unhideWhenUsed="0"/>
    <w:lsdException w:name="Colorful Shading Accent 6" w:semiHidden="0" w:uiPriority="629" w:unhideWhenUsed="0"/>
    <w:lsdException w:name="Colorful List Accent 6" w:semiHidden="0" w:uiPriority="630" w:unhideWhenUsed="0"/>
    <w:lsdException w:name="Colorful Grid Accent 6" w:semiHidden="0" w:uiPriority="631" w:unhideWhenUsed="0"/>
    <w:lsdException w:name="Subtle Emphasis" w:semiHidden="0" w:uiPriority="55" w:unhideWhenUsed="0" w:qFormat="1"/>
    <w:lsdException w:name="Intense Emphasis" w:semiHidden="0" w:uiPriority="81" w:unhideWhenUsed="0" w:qFormat="1"/>
    <w:lsdException w:name="Subtle Reference" w:semiHidden="0" w:uiPriority="115" w:unhideWhenUsed="0" w:qFormat="1"/>
    <w:lsdException w:name="Intense Reference" w:semiHidden="0" w:uiPriority="128" w:unhideWhenUsed="0" w:qFormat="1"/>
    <w:lsdException w:name="Book Title" w:semiHidden="0" w:uiPriority="129" w:unhideWhenUsed="0" w:qFormat="1"/>
    <w:lsdException w:name="Bibliography" w:uiPriority="133"/>
    <w:lsdException w:name="TOC Heading" w:uiPriority="135" w:qFormat="1"/>
  </w:latentStyles>
  <w:style w:type="paragraph" w:default="1" w:styleId="Normal">
    <w:name w:val="Normal"/>
    <w:qFormat/>
    <w:pPr>
      <w:spacing w:after="60" w:before="0" w:line="360" w:lineRule="auto"/>
    </w:pPr>
    <w:rPr>
      <w:rFonts w:ascii="맑은 고딕" w:eastAsia="맑은 고딕" w:hAnsi="맑은 고딕"/>
      <w:color w:val="000000"/>
      <w:sz w:val="24"/>
    </w:rPr>
  </w:style>
  <w:style w:type="paragraph" w:customStyle="1" w:styleId="Header">
    <w:name w:val="header"/>
    <w:uiPriority w:val="99"/>
    <w:basedOn w:val="Normal"/>
    <w:link w:val="HeaderChar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uiPriority w:val="99"/>
    <w:basedOn w:val="DefaultParagraphFont"/>
    <w:link w:val="Header"/>
  </w:style>
  <w:style w:type="paragraph" w:customStyle="1" w:styleId="Footer">
    <w:name w:val="footer"/>
    <w:uiPriority w:val="99"/>
    <w:basedOn w:val="Normal"/>
    <w:link w:val="FooterChar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uiPriority w:val="99"/>
    <w:basedOn w:val="DefaultParagraphFont"/>
    <w:link w:val="Footer"/>
  </w:style>
  <w:style w:type="paragraph" w:styleId="Heading1">
    <w:name w:val="heading 1"/>
    <w:uiPriority w:val="9"/>
    <w:basedOn w:val="Normal"/>
    <w:next w:val="Normal"/>
    <w:link w:val="Heading1Char"/>
    <w:qFormat/>
    <w:pPr>
      <w:keepNext/>
      <w:keepLines/>
      <w:outlineLvl w:val="0"/>
      <w:spacing w:after="60" w:before="0" w:line="360" w:lineRule="auto"/>
    </w:pPr>
    <w:rPr>
      <w:rFonts w:asciiTheme="majorHAnsi" w:eastAsiaTheme="majorEastAsia" w:hAnsiTheme="majorHAnsi" w:cstheme="majorBidi"/>
      <w:b/>
      <w:bCs/>
      <w:color w:val="000000"/>
      <w:sz w:val="24"/>
      <w:szCs w:val="28"/>
    </w:rPr>
  </w:style>
  <w:style w:type="paragraph" w:styleId="Heading2">
    <w:name w:val="heading 2"/>
    <w:uiPriority w:val="9"/>
    <w:basedOn w:val="Normal"/>
    <w:next w:val="Normal"/>
    <w:link w:val="Heading2Char"/>
    <w:qFormat/>
    <w:unhideWhenUsed/>
    <w:pPr>
      <w:keepNext/>
      <w:keepLines/>
      <w:outlineLvl w:val="1"/>
      <w:spacing w:after="60" w:before="0" w:line="360" w:lineRule="auto"/>
    </w:pPr>
    <w:rPr>
      <w:rFonts w:asciiTheme="majorHAnsi" w:eastAsiaTheme="majorEastAsia" w:hAnsiTheme="majorHAnsi" w:cstheme="majorBidi"/>
      <w:b/>
      <w:bCs/>
      <w:color w:val="000000"/>
      <w:sz w:val="24"/>
      <w:szCs w:val="26"/>
    </w:rPr>
  </w:style>
  <w:style w:type="paragraph" w:styleId="Heading3">
    <w:name w:val="heading 3"/>
    <w:uiPriority w:val="9"/>
    <w:basedOn w:val="Normal"/>
    <w:next w:val="Normal"/>
    <w:link w:val="Heading3Char"/>
    <w:qFormat/>
    <w:unhideWhenUsed/>
    <w:pPr>
      <w:keepNext/>
      <w:keepLines/>
      <w:outlineLvl w:val="2"/>
      <w:spacing w:after="60" w:before="0" w:line="360" w:lineRule="auto"/>
    </w:pPr>
    <w:rPr>
      <w:rFonts w:asciiTheme="majorHAnsi" w:eastAsiaTheme="majorEastAsia" w:hAnsiTheme="majorHAnsi" w:cstheme="majorBidi"/>
      <w:b/>
      <w:bCs/>
      <w:color w:val="000000"/>
      <w:sz w:val="24"/>
    </w:rPr>
  </w:style>
  <w:style w:type="paragraph" w:styleId="Heading4">
    <w:name w:val="heading 4"/>
    <w:uiPriority w:val="9"/>
    <w:basedOn w:val="Normal"/>
    <w:next w:val="Normal"/>
    <w:link w:val="Heading4Char"/>
    <w:qFormat/>
    <w:semiHidden/>
    <w:unhideWhenUsed/>
    <w:pPr>
      <w:keepNext/>
      <w:keepLines/>
      <w:outlineLvl w:val="3"/>
      <w:spacing w:after="0" w:before="200"/>
    </w:pPr>
    <w:rPr>
      <w:rFonts w:asciiTheme="majorHAnsi" w:eastAsiaTheme="majorEastAsia" w:hAnsiTheme="majorHAnsi" w:cstheme="majorBidi"/>
      <w:b/>
      <w:bCs/>
      <w:i/>
      <w:iCs/>
      <w:color w:val="4F81BD"/>
    </w:rPr>
  </w:style>
  <w:style w:type="paragraph" w:styleId="Heading5">
    <w:name w:val="heading 5"/>
    <w:uiPriority w:val="9"/>
    <w:basedOn w:val="Normal"/>
    <w:next w:val="Normal"/>
    <w:link w:val="Heading5Char"/>
    <w:qFormat/>
    <w:semiHidden/>
    <w:unhideWhenUsed/>
    <w:pPr>
      <w:keepNext/>
      <w:keepLines/>
      <w:outlineLvl w:val="4"/>
      <w:spacing w:after="0" w:before="200"/>
    </w:pPr>
    <w:rPr>
      <w:rFonts w:asciiTheme="majorHAnsi" w:eastAsiaTheme="majorEastAsia" w:hAnsiTheme="majorHAnsi" w:cstheme="majorBidi"/>
      <w:color w:val="244061"/>
    </w:rPr>
  </w:style>
  <w:style w:type="paragraph" w:styleId="Heading6">
    <w:name w:val="heading 6"/>
    <w:uiPriority w:val="9"/>
    <w:basedOn w:val="Normal"/>
    <w:next w:val="Normal"/>
    <w:link w:val="Heading6Char"/>
    <w:qFormat/>
    <w:semiHidden/>
    <w:unhideWhenUsed/>
    <w:pPr>
      <w:keepNext/>
      <w:keepLines/>
      <w:outlineLvl w:val="5"/>
      <w:spacing w:after="0" w:before="200"/>
    </w:pPr>
    <w:rPr>
      <w:rFonts w:asciiTheme="majorHAnsi" w:eastAsiaTheme="majorEastAsia" w:hAnsiTheme="majorHAnsi" w:cstheme="majorBidi"/>
      <w:i/>
      <w:iCs/>
      <w:color w:val="244061"/>
    </w:rPr>
  </w:style>
  <w:style w:type="paragraph" w:styleId="Heading7">
    <w:name w:val="heading 7"/>
    <w:uiPriority w:val="9"/>
    <w:basedOn w:val="Normal"/>
    <w:next w:val="Normal"/>
    <w:link w:val="Heading7Char"/>
    <w:qFormat/>
    <w:semiHidden/>
    <w:unhideWhenUsed/>
    <w:pPr>
      <w:keepNext/>
      <w:keepLines/>
      <w:outlineLvl w:val="6"/>
      <w:spacing w:after="0" w:before="200"/>
    </w:pPr>
    <w:rPr>
      <w:rFonts w:asciiTheme="majorHAnsi" w:eastAsiaTheme="majorEastAsia" w:hAnsiTheme="majorHAnsi" w:cstheme="majorBidi"/>
      <w:i/>
      <w:iCs/>
      <w:color w:val="3F3F3F"/>
    </w:rPr>
  </w:style>
  <w:style w:type="paragraph" w:styleId="Heading8">
    <w:name w:val="heading 8"/>
    <w:uiPriority w:val="9"/>
    <w:basedOn w:val="Normal"/>
    <w:next w:val="Normal"/>
    <w:link w:val="Heading8Char"/>
    <w:qFormat/>
    <w:semiHidden/>
    <w:unhideWhenUsed/>
    <w:pPr>
      <w:keepNext/>
      <w:keepLines/>
      <w:outlineLvl w:val="7"/>
      <w:spacing w:after="0" w:before="200"/>
    </w:pPr>
    <w:rPr>
      <w:rFonts w:asciiTheme="majorHAnsi" w:eastAsiaTheme="majorEastAsia" w:hAnsiTheme="majorHAnsi" w:cstheme="majorBidi"/>
      <w:color w:val="4F81BD"/>
      <w:sz w:val="20"/>
      <w:szCs w:val="20"/>
    </w:rPr>
  </w:style>
  <w:style w:type="paragraph" w:styleId="Heading9">
    <w:name w:val="heading 9"/>
    <w:uiPriority w:val="9"/>
    <w:basedOn w:val="Normal"/>
    <w:next w:val="Normal"/>
    <w:link w:val="Heading9Char"/>
    <w:qFormat/>
    <w:semiHidden/>
    <w:unhideWhenUsed/>
    <w:pPr>
      <w:keepNext/>
      <w:keepLines/>
      <w:outlineLvl w:val="8"/>
      <w:spacing w:after="0" w:before="200"/>
    </w:pPr>
    <w:rPr>
      <w:rFonts w:asciiTheme="majorHAnsi" w:eastAsiaTheme="majorEastAsia" w:hAnsiTheme="majorHAnsi" w:cstheme="majorBidi"/>
      <w:i/>
      <w:iCs/>
      <w:color w:val="3F3F3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uiPriority w:val="9"/>
    <w:basedOn w:val="DefaultParagraphFont"/>
    <w:link w:val="Heading1"/>
    <w:rPr>
      <w:rFonts w:asciiTheme="majorHAnsi" w:eastAsiaTheme="majorEastAsia" w:hAnsiTheme="majorHAnsi" w:cstheme="majorBidi"/>
      <w:b/>
      <w:bCs/>
      <w:color w:val="376092"/>
      <w:sz w:val="28"/>
      <w:szCs w:val="28"/>
    </w:rPr>
  </w:style>
  <w:style w:type="character" w:customStyle="1" w:styleId="Heading2Char">
    <w:name w:val="Heading 2 Char"/>
    <w:uiPriority w:val="9"/>
    <w:basedOn w:val="DefaultParagraphFont"/>
    <w:link w:val="Heading2"/>
    <w:rPr>
      <w:rFonts w:asciiTheme="majorHAnsi" w:eastAsiaTheme="majorEastAsia" w:hAnsiTheme="majorHAnsi" w:cstheme="majorBidi"/>
      <w:b/>
      <w:bCs/>
      <w:color w:val="4F81BD"/>
      <w:sz w:val="26"/>
      <w:szCs w:val="26"/>
    </w:rPr>
  </w:style>
  <w:style w:type="character" w:customStyle="1" w:styleId="Heading3Char">
    <w:name w:val="Heading 3 Char"/>
    <w:uiPriority w:val="9"/>
    <w:basedOn w:val="DefaultParagraphFont"/>
    <w:link w:val="Heading3"/>
    <w:rPr>
      <w:rFonts w:asciiTheme="majorHAnsi" w:eastAsiaTheme="majorEastAsia" w:hAnsiTheme="majorHAnsi" w:cstheme="majorBidi"/>
      <w:b/>
      <w:bCs/>
      <w:color w:val="4F81BD"/>
    </w:rPr>
  </w:style>
  <w:style w:type="paragraph" w:styleId="Title">
    <w:name w:val="Title"/>
    <w:uiPriority w:val="10"/>
    <w:basedOn w:val="Normal"/>
    <w:next w:val="Normal"/>
    <w:link w:val="TitleChar"/>
    <w:qFormat/>
    <w:pPr>
      <w:contextualSpacing/>
      <w:spacing w:after="60" w:before="0" w:line="360" w:lineRule="auto"/>
    </w:pPr>
    <w:rPr>
      <w:rFonts w:asciiTheme="majorHAnsi" w:eastAsiaTheme="majorEastAsia" w:hAnsiTheme="majorHAnsi" w:cstheme="majorBidi"/>
      <w:b/>
      <w:color w:val="000000"/>
      <w:sz w:val="36"/>
      <w:szCs w:val="52"/>
      <w:kern w:val="28"/>
      <w:spacing w:val="5"/>
    </w:rPr>
  </w:style>
  <w:style w:type="character" w:customStyle="1" w:styleId="TitleChar">
    <w:name w:val="Title Char"/>
    <w:uiPriority w:val="10"/>
    <w:basedOn w:val="DefaultParagraphFont"/>
    <w:link w:val="Title"/>
    <w:rPr>
      <w:rFonts w:asciiTheme="majorHAnsi" w:eastAsiaTheme="majorEastAsia" w:hAnsiTheme="majorHAnsi" w:cstheme="majorBidi"/>
      <w:color w:val="17375E"/>
      <w:sz w:val="52"/>
      <w:szCs w:val="52"/>
      <w:kern w:val="28"/>
      <w:spacing w:val="5"/>
    </w:rPr>
  </w:style>
  <w:style w:type="paragraph" w:styleId="Subtitle">
    <w:name w:val="Subtitle"/>
    <w:uiPriority w:val="11"/>
    <w:basedOn w:val="Normal"/>
    <w:next w:val="Normal"/>
    <w:link w:val="SubtitleChar"/>
    <w:qFormat/>
    <w:pPr>
      <w:numPr>
        <w:ilvl w:val="0"/>
      </w:numPr>
      <w:spacing w:after="60" w:before="0" w:line="360" w:lineRule="auto"/>
    </w:pPr>
    <w:rPr>
      <w:rFonts w:asciiTheme="majorHAnsi" w:eastAsiaTheme="majorEastAsia" w:hAnsiTheme="majorHAnsi" w:cstheme="majorBidi"/>
      <w:i/>
      <w:iCs/>
      <w:color w:val="000000"/>
      <w:sz w:val="24"/>
      <w:szCs w:val="24"/>
      <w:spacing w:val="15"/>
    </w:rPr>
  </w:style>
  <w:style w:type="character" w:customStyle="1" w:styleId="SubtitleChar">
    <w:name w:val="Subtitle Char"/>
    <w:uiPriority w:val="11"/>
    <w:basedOn w:val="DefaultParagraphFont"/>
    <w:link w:val="Subtitle"/>
    <w:rPr>
      <w:rFonts w:asciiTheme="majorHAnsi" w:eastAsiaTheme="majorEastAsia" w:hAnsiTheme="majorHAnsi" w:cstheme="majorBidi"/>
      <w:i/>
      <w:iCs/>
      <w:color w:val="4F81BD"/>
      <w:sz w:val="24"/>
      <w:szCs w:val="24"/>
      <w:spacing w:val="15"/>
    </w:rPr>
  </w:style>
  <w:style w:type="paragraph" w:styleId="ListParagraph">
    <w:name w:val="List Paragraph"/>
    <w:uiPriority w:val="34"/>
    <w:basedOn w:val="Normal"/>
    <w:qFormat/>
    <w:pPr>
      <w:ind w:left="720"/>
      <w:contextualSpacing/>
    </w:pPr>
  </w:style>
  <w:style w:type="paragraph" w:customStyle="1" w:styleId="BodyText">
    <w:name w:val="Body Text"/>
    <w:uiPriority w:val="99"/>
    <w:basedOn w:val="Normal"/>
    <w:link w:val="BodyTextChar"/>
    <w:unhideWhenUsed/>
    <w:pPr>
      <w:spacing w:after="60" w:before="0" w:line="360" w:lineRule="auto"/>
    </w:pPr>
    <w:rPr>
      <w:rFonts w:ascii="맑은 고딕" w:eastAsia="맑은 고딕" w:hAnsi="맑은 고딕"/>
      <w:color w:val="000000"/>
      <w:sz w:val="24"/>
    </w:rPr>
  </w:style>
  <w:style w:type="character" w:customStyle="1" w:styleId="BodyTextChar">
    <w:name w:val="Body Text Char"/>
    <w:uiPriority w:val="99"/>
    <w:basedOn w:val="DefaultParagraphFont"/>
    <w:link w:val="BodyText"/>
  </w:style>
  <w:style w:type="paragraph" w:customStyle="1" w:styleId="BodyText2">
    <w:name w:val="Body Text 2"/>
    <w:uiPriority w:val="99"/>
    <w:basedOn w:val="Normal"/>
    <w:link w:val="BodyText2Char"/>
    <w:unhideWhenUsed/>
    <w:pPr>
      <w:spacing w:after="120" w:line="480" w:lineRule="auto"/>
    </w:pPr>
  </w:style>
  <w:style w:type="character" w:customStyle="1" w:styleId="BodyText2Char">
    <w:name w:val="Body Text 2 Char"/>
    <w:uiPriority w:val="99"/>
    <w:basedOn w:val="DefaultParagraphFont"/>
    <w:link w:val="BodyText2"/>
  </w:style>
  <w:style w:type="paragraph" w:customStyle="1" w:styleId="BodyText3">
    <w:name w:val="Body Text 3"/>
    <w:uiPriority w:val="99"/>
    <w:basedOn w:val="Normal"/>
    <w:link w:val="BodyText3Char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uiPriority w:val="99"/>
    <w:basedOn w:val="DefaultParagraphFont"/>
    <w:link w:val="BodyText3"/>
    <w:rPr>
      <w:sz w:val="16"/>
      <w:szCs w:val="16"/>
    </w:rPr>
  </w:style>
  <w:style w:type="paragraph" w:customStyle="1" w:styleId="List">
    <w:name w:val="List"/>
    <w:uiPriority w:val="99"/>
    <w:basedOn w:val="Normal"/>
    <w:unhideWhenUsed/>
    <w:pPr>
      <w:ind w:left="360" w:hanging="360"/>
      <w:contextualSpacing/>
    </w:pPr>
  </w:style>
  <w:style w:type="paragraph" w:customStyle="1" w:styleId="List2">
    <w:name w:val="List 2"/>
    <w:uiPriority w:val="99"/>
    <w:basedOn w:val="Normal"/>
    <w:unhideWhenUsed/>
    <w:pPr>
      <w:ind w:left="720" w:hanging="360"/>
      <w:contextualSpacing/>
    </w:pPr>
  </w:style>
  <w:style w:type="paragraph" w:customStyle="1" w:styleId="List3">
    <w:name w:val="List 3"/>
    <w:uiPriority w:val="99"/>
    <w:basedOn w:val="Normal"/>
    <w:unhideWhenUsed/>
    <w:pPr>
      <w:ind w:left="1080" w:hanging="360"/>
      <w:contextualSpacing/>
    </w:pPr>
  </w:style>
  <w:style w:type="paragraph" w:customStyle="1" w:styleId="ListBullet">
    <w:name w:val="List Bullet"/>
    <w:uiPriority w:val="99"/>
    <w:basedOn w:val="Normal"/>
    <w:unhideWhenUsed/>
    <w:pPr>
      <w:contextualSpacing/>
      <w:numPr>
        <w:ilvl w:val="0"/>
        <w:numId w:val="1"/>
      </w:numPr>
    </w:pPr>
  </w:style>
  <w:style w:type="paragraph" w:customStyle="1" w:styleId="ListBullet2">
    <w:name w:val="List Bullet 2"/>
    <w:uiPriority w:val="99"/>
    <w:basedOn w:val="Normal"/>
    <w:unhideWhenUsed/>
    <w:pPr>
      <w:contextualSpacing/>
      <w:numPr>
        <w:ilvl w:val="0"/>
        <w:numId w:val="2"/>
      </w:numPr>
    </w:pPr>
  </w:style>
  <w:style w:type="paragraph" w:customStyle="1" w:styleId="ListBullet3">
    <w:name w:val="List Bullet 3"/>
    <w:uiPriority w:val="99"/>
    <w:basedOn w:val="Normal"/>
    <w:unhideWhenUsed/>
    <w:pPr>
      <w:contextualSpacing/>
      <w:numPr>
        <w:ilvl w:val="0"/>
        <w:numId w:val="3"/>
      </w:numPr>
    </w:pPr>
  </w:style>
  <w:style w:type="paragraph" w:customStyle="1" w:styleId="ListNumber">
    <w:name w:val="List Number"/>
    <w:uiPriority w:val="99"/>
    <w:basedOn w:val="Normal"/>
    <w:unhideWhenUsed/>
    <w:pPr>
      <w:contextualSpacing/>
      <w:numPr>
        <w:ilvl w:val="0"/>
        <w:numId w:val="4"/>
      </w:numPr>
    </w:pPr>
  </w:style>
  <w:style w:type="paragraph" w:customStyle="1" w:styleId="ListNumber2">
    <w:name w:val="List Number 2"/>
    <w:uiPriority w:val="99"/>
    <w:basedOn w:val="Normal"/>
    <w:unhideWhenUsed/>
    <w:pPr>
      <w:contextualSpacing/>
      <w:numPr>
        <w:ilvl w:val="0"/>
        <w:numId w:val="5"/>
      </w:numPr>
    </w:pPr>
  </w:style>
  <w:style w:type="paragraph" w:customStyle="1" w:styleId="ListNumber3">
    <w:name w:val="List Number 3"/>
    <w:uiPriority w:val="99"/>
    <w:basedOn w:val="Normal"/>
    <w:unhideWhenUsed/>
    <w:pPr>
      <w:contextualSpacing/>
      <w:numPr>
        <w:ilvl w:val="0"/>
        <w:numId w:val="6"/>
      </w:numPr>
    </w:pPr>
  </w:style>
  <w:style w:type="paragraph" w:customStyle="1" w:styleId="ListContinue">
    <w:name w:val="List Continue"/>
    <w:uiPriority w:val="99"/>
    <w:basedOn w:val="Normal"/>
    <w:unhideWhenUsed/>
    <w:pPr>
      <w:ind w:left="360"/>
      <w:contextualSpacing/>
      <w:spacing w:after="120"/>
    </w:pPr>
  </w:style>
  <w:style w:type="paragraph" w:customStyle="1" w:styleId="ListContinue2">
    <w:name w:val="List Continue 2"/>
    <w:uiPriority w:val="99"/>
    <w:basedOn w:val="Normal"/>
    <w:unhideWhenUsed/>
    <w:pPr>
      <w:ind w:left="720"/>
      <w:contextualSpacing/>
      <w:spacing w:after="120"/>
    </w:pPr>
  </w:style>
  <w:style w:type="paragraph" w:customStyle="1" w:styleId="ListContinue3">
    <w:name w:val="List Continue 3"/>
    <w:uiPriority w:val="99"/>
    <w:basedOn w:val="Normal"/>
    <w:unhideWhenUsed/>
    <w:pPr>
      <w:ind w:left="1080"/>
      <w:contextualSpacing/>
      <w:spacing w:after="120"/>
    </w:pPr>
  </w:style>
  <w:style w:type="paragraph" w:customStyle="1" w:styleId="MacroText">
    <w:name w:val="macro"/>
    <w:uiPriority w:val="99"/>
    <w:link w:val="MacroTextChar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uiPriority w:val="99"/>
    <w:basedOn w:val="DefaultParagraphFont"/>
    <w:link w:val="MacroText"/>
    <w:rPr>
      <w:rFonts w:ascii="Courier" w:hAnsi="Courier"/>
      <w:sz w:val="20"/>
      <w:szCs w:val="20"/>
    </w:rPr>
  </w:style>
  <w:style w:type="paragraph" w:styleId="Quote">
    <w:name w:val="Quote"/>
    <w:uiPriority w:val="29"/>
    <w:basedOn w:val="Normal"/>
    <w:next w:val="Normal"/>
    <w:link w:val="QuoteChar"/>
    <w:qFormat/>
    <w:rPr>
      <w:i/>
      <w:iCs/>
      <w:color w:val="000000"/>
    </w:rPr>
  </w:style>
  <w:style w:type="character" w:customStyle="1" w:styleId="QuoteChar">
    <w:name w:val="Quote Char"/>
    <w:uiPriority w:val="29"/>
    <w:basedOn w:val="DefaultParagraphFont"/>
    <w:link w:val="Quote"/>
    <w:rPr>
      <w:i/>
      <w:iCs/>
      <w:color w:val="000000"/>
    </w:rPr>
  </w:style>
  <w:style w:type="character" w:customStyle="1" w:styleId="Heading4Char">
    <w:name w:val="Heading 4 Char"/>
    <w:uiPriority w:val="9"/>
    <w:basedOn w:val="DefaultParagraphFont"/>
    <w:link w:val="Heading4"/>
    <w:semiHidden/>
    <w:rPr>
      <w:rFonts w:asciiTheme="majorHAnsi" w:eastAsiaTheme="majorEastAsia" w:hAnsiTheme="majorHAnsi" w:cstheme="majorBidi"/>
      <w:b/>
      <w:bCs/>
      <w:i/>
      <w:iCs/>
      <w:color w:val="4F81BD"/>
    </w:rPr>
  </w:style>
  <w:style w:type="character" w:customStyle="1" w:styleId="Heading5Char">
    <w:name w:val="Heading 5 Char"/>
    <w:uiPriority w:val="9"/>
    <w:basedOn w:val="DefaultParagraphFont"/>
    <w:link w:val="Heading5"/>
    <w:semiHidden/>
    <w:rPr>
      <w:rFonts w:asciiTheme="majorHAnsi" w:eastAsiaTheme="majorEastAsia" w:hAnsiTheme="majorHAnsi" w:cstheme="majorBidi"/>
      <w:color w:val="244061"/>
    </w:rPr>
  </w:style>
  <w:style w:type="character" w:customStyle="1" w:styleId="Heading6Char">
    <w:name w:val="Heading 6 Char"/>
    <w:uiPriority w:val="9"/>
    <w:basedOn w:val="DefaultParagraphFont"/>
    <w:link w:val="Heading6"/>
    <w:semiHidden/>
    <w:rPr>
      <w:rFonts w:asciiTheme="majorHAnsi" w:eastAsiaTheme="majorEastAsia" w:hAnsiTheme="majorHAnsi" w:cstheme="majorBidi"/>
      <w:i/>
      <w:iCs/>
      <w:color w:val="244061"/>
    </w:rPr>
  </w:style>
  <w:style w:type="character" w:customStyle="1" w:styleId="Heading7Char">
    <w:name w:val="Heading 7 Char"/>
    <w:uiPriority w:val="9"/>
    <w:basedOn w:val="DefaultParagraphFont"/>
    <w:link w:val="Heading7"/>
    <w:semiHidden/>
    <w:rPr>
      <w:rFonts w:asciiTheme="majorHAnsi" w:eastAsiaTheme="majorEastAsia" w:hAnsiTheme="majorHAnsi" w:cstheme="majorBidi"/>
      <w:i/>
      <w:iCs/>
      <w:color w:val="3F3F3F"/>
    </w:rPr>
  </w:style>
  <w:style w:type="character" w:customStyle="1" w:styleId="Heading8Char">
    <w:name w:val="Heading 8 Char"/>
    <w:uiPriority w:val="9"/>
    <w:basedOn w:val="DefaultParagraphFont"/>
    <w:link w:val="Heading8"/>
    <w:semiHidden/>
    <w:rPr>
      <w:rFonts w:asciiTheme="majorHAnsi" w:eastAsiaTheme="majorEastAsia" w:hAnsiTheme="majorHAnsi" w:cstheme="majorBidi"/>
      <w:color w:val="4F81BD"/>
      <w:sz w:val="20"/>
      <w:szCs w:val="20"/>
    </w:rPr>
  </w:style>
  <w:style w:type="character" w:customStyle="1" w:styleId="Heading9Char">
    <w:name w:val="Heading 9 Char"/>
    <w:uiPriority w:val="9"/>
    <w:basedOn w:val="DefaultParagraphFont"/>
    <w:link w:val="Heading9"/>
    <w:semiHidden/>
    <w:rPr>
      <w:rFonts w:asciiTheme="majorHAnsi" w:eastAsiaTheme="majorEastAsia" w:hAnsiTheme="majorHAnsi" w:cstheme="majorBidi"/>
      <w:i/>
      <w:iCs/>
      <w:color w:val="3F3F3F"/>
      <w:sz w:val="20"/>
      <w:szCs w:val="20"/>
    </w:rPr>
  </w:style>
  <w:style w:type="paragraph" w:styleId="Caption">
    <w:name w:val="caption"/>
    <w:uiPriority w:val="35"/>
    <w:basedOn w:val="Normal"/>
    <w:next w:val="Normal"/>
    <w:qFormat/>
    <w:semiHidden/>
    <w:unhideWhenUsed/>
    <w:pPr>
      <w:spacing w:line="240" w:lineRule="auto"/>
    </w:pPr>
    <w:rPr>
      <w:b/>
      <w:bCs/>
      <w:color w:val="4F81BD"/>
      <w:sz w:val="18"/>
      <w:szCs w:val="18"/>
    </w:rPr>
  </w:style>
  <w:style w:type="character" w:styleId="Strong">
    <w:name w:val="Strong"/>
    <w:uiPriority w:val="22"/>
    <w:basedOn w:val="DefaultParagraphFont"/>
    <w:qFormat/>
    <w:rPr>
      <w:b/>
      <w:bCs/>
    </w:rPr>
  </w:style>
  <w:style w:type="character" w:styleId="Emphasis">
    <w:name w:val="Emphasis"/>
    <w:uiPriority w:val="20"/>
    <w:basedOn w:val="DefaultParagraphFont"/>
    <w:qFormat/>
    <w:rPr>
      <w:i/>
      <w:iCs/>
    </w:rPr>
  </w:style>
  <w:style w:type="paragraph" w:styleId="IntenseQuote">
    <w:name w:val="Intense Quote"/>
    <w:uiPriority w:val="30"/>
    <w:basedOn w:val="Normal"/>
    <w:next w:val="Normal"/>
    <w:link w:val="IntenseQuoteChar"/>
    <w:qFormat/>
    <w:pPr>
      <w:ind w:left="936" w:right="936"/>
      <w:spacing w:after="280" w:before="200"/>
    </w:pPr>
    <w:rPr>
      <w:b/>
      <w:bCs/>
      <w:i/>
      <w:iCs/>
      <w:color w:val="4F81BD"/>
    </w:rPr>
  </w:style>
  <w:style w:type="character" w:customStyle="1" w:styleId="IntenseQuoteChar">
    <w:name w:val="Intense Quote Char"/>
    <w:uiPriority w:val="30"/>
    <w:basedOn w:val="DefaultParagraphFont"/>
    <w:link w:val="IntenseQuote"/>
    <w:rPr>
      <w:b/>
      <w:bCs/>
      <w:i/>
      <w:iCs/>
      <w:color w:val="4F81BD"/>
    </w:rPr>
  </w:style>
  <w:style w:type="character" w:styleId="SubtleEmphasis">
    <w:name w:val="Subtle Emphasis"/>
    <w:uiPriority w:val="19"/>
    <w:basedOn w:val="DefaultParagraphFont"/>
    <w:qFormat/>
    <w:rPr>
      <w:i/>
      <w:iCs/>
      <w:color w:val="7F7F7F"/>
    </w:rPr>
  </w:style>
  <w:style w:type="character" w:styleId="IntenseEmphasis">
    <w:name w:val="Intense Emphasis"/>
    <w:uiPriority w:val="21"/>
    <w:basedOn w:val="DefaultParagraphFont"/>
    <w:qFormat/>
    <w:rPr>
      <w:b/>
      <w:bCs/>
      <w:i/>
      <w:iCs/>
      <w:color w:val="4F81BD"/>
    </w:rPr>
  </w:style>
  <w:style w:type="character" w:styleId="SubtleReference">
    <w:name w:val="Subtle Reference"/>
    <w:uiPriority w:val="31"/>
    <w:basedOn w:val="DefaultParagraphFont"/>
    <w:qFormat/>
    <w:rPr>
      <w:smallCaps/>
      <w:color w:val="C0504D"/>
      <w:u w:val="single" w:color="auto"/>
    </w:rPr>
  </w:style>
  <w:style w:type="character" w:styleId="IntenseReference">
    <w:name w:val="Intense Reference"/>
    <w:uiPriority w:val="32"/>
    <w:basedOn w:val="DefaultParagraphFont"/>
    <w:qFormat/>
    <w:rPr>
      <w:b/>
      <w:bCs/>
      <w:smallCaps/>
      <w:color w:val="C0504D"/>
      <w:u w:val="single" w:color="auto"/>
      <w:spacing w:val="5"/>
    </w:rPr>
  </w:style>
  <w:style w:type="character" w:styleId="BookTitle">
    <w:name w:val="Book Title"/>
    <w:uiPriority w:val="33"/>
    <w:basedOn w:val="DefaultParagraphFont"/>
    <w:qFormat/>
    <w:rPr>
      <w:b/>
      <w:bCs/>
      <w:smallCaps/>
      <w:spacing w:val="5"/>
    </w:rPr>
  </w:style>
  <w:style w:type="paragraph" w:styleId="TOCHeading">
    <w:name w:val="TOC Heading"/>
    <w:uiPriority w:val="39"/>
    <w:basedOn w:val="Heading1"/>
    <w:next w:val="Normal"/>
    <w:qFormat/>
    <w:semiHidden/>
    <w:unhideWhenUsed/>
    <w:pPr>
      <w:outlineLvl w:val="9"/>
    </w:pPr>
  </w:style>
  <w:style w:type="table" w:styleId="TableGrid">
    <w:name w:val="Table Grid"/>
    <w:uiPriority w:val="59"/>
    <w:basedOn w:val="TableNormal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uiPriority w:val="60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000000" w:themeColor="dk1"/>
        <w:bottom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000000" w:themeColor="dk1"/>
          <w:left w:val="nil"/>
          <w:bottom w:val="single" w:sz="8" w:space="0" w:color="000000" w:themeColor="dk1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000000" w:themeColor="dk1"/>
          <w:left w:val="nil"/>
          <w:bottom w:val="single" w:sz="8" w:space="0" w:color="000000" w:themeColor="dk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dk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dk1" w:themeFillTint="3f"/>
      </w:tcPr>
    </w:tblStylePr>
  </w:style>
  <w:style w:type="table" w:styleId="LightShading-Accent1">
    <w:name w:val="Light Shading Accent 1"/>
    <w:uiPriority w:val="60"/>
    <w:basedOn w:val="TableNormal"/>
    <w:pPr>
      <w:spacing w:after="0" w:line="240" w:lineRule="auto"/>
    </w:pPr>
    <w:rPr>
      <w:color w:val="376092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uiPriority w:val="60"/>
    <w:basedOn w:val="TableNormal"/>
    <w:pPr>
      <w:spacing w:after="0" w:line="240" w:lineRule="auto"/>
    </w:pPr>
    <w:rPr>
      <w:color w:val="953735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LightShading-Accent3">
    <w:name w:val="Light Shading Accent 3"/>
    <w:uiPriority w:val="60"/>
    <w:basedOn w:val="TableNormal"/>
    <w:pPr>
      <w:spacing w:after="0" w:line="240" w:lineRule="auto"/>
    </w:pPr>
    <w:rPr>
      <w:color w:val="76933C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uiPriority w:val="60"/>
    <w:basedOn w:val="TableNormal"/>
    <w:pPr>
      <w:spacing w:after="0" w:line="240" w:lineRule="auto"/>
    </w:pPr>
    <w:rPr>
      <w:color w:val="604A7B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uiPriority w:val="60"/>
    <w:basedOn w:val="TableNormal"/>
    <w:pPr>
      <w:spacing w:after="0" w:line="240" w:lineRule="auto"/>
    </w:pPr>
    <w:rPr>
      <w:color w:val="31859B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LightShading-Accent6">
    <w:name w:val="Light Shading Accent 6"/>
    <w:uiPriority w:val="60"/>
    <w:basedOn w:val="TableNormal"/>
    <w:pPr>
      <w:spacing w:after="0" w:line="240" w:lineRule="auto"/>
    </w:pPr>
    <w:rPr>
      <w:color w:val="E46C0A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LightList">
    <w:name w:val="Light List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000000" w:themeColor="dk1"/>
        <w:left w:val="single" w:sz="8" w:space="0" w:color="000000" w:themeColor="dk1"/>
        <w:bottom w:val="single" w:sz="8" w:space="0" w:color="000000" w:themeColor="dk1"/>
        <w:right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000000" w:themeFill="dk1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</w:tcPr>
    </w:tblStylePr>
    <w:tblStylePr w:type="band1Horz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</w:tcPr>
    </w:tblStylePr>
  </w:style>
  <w:style w:type="table" w:styleId="LightList-Accent1">
    <w:name w:val="Light List Accent 1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4F81BD" w:themeFill="accent1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C0504D" w:themeFill="accent2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9BBB59" w:themeFill="accent3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8064A2" w:themeFill="accent4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4BACC6" w:themeFill="accent5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F79646" w:themeFill="accent6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000000" w:themeColor="dk1"/>
        <w:left w:val="single" w:sz="8" w:space="0" w:color="000000" w:themeColor="dk1"/>
        <w:bottom w:val="single" w:sz="8" w:space="0" w:color="000000" w:themeColor="dk1"/>
        <w:right w:val="single" w:sz="8" w:space="0" w:color="000000" w:themeColor="dk1"/>
        <w:insideH w:val="single" w:sz="8" w:space="0" w:color="000000" w:themeColor="dk1"/>
        <w:insideV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18" w:space="0" w:color="000000" w:themeColor="dk1"/>
          <w:right w:val="single" w:sz="8" w:space="0" w:color="000000" w:themeColor="dk1"/>
          <w:insideH w:val="nil"/>
          <w:insideV w:val="single" w:sz="8" w:space="0" w:color="000000" w:themeColor="dk1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  <w:insideH w:val="nil"/>
          <w:insideV w:val="single" w:sz="8" w:space="0" w:color="000000" w:themeColor="dk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</w:tcPr>
    </w:tblStylePr>
    <w:tblStylePr w:type="band1Vert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  <w:shd w:val="clear" w:color="auto" w:fill="BFBFBF" w:themeFill="dk1" w:themeFillTint="3f"/>
      </w:tcPr>
    </w:tblStylePr>
    <w:tblStylePr w:type="band1Horz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  <w:insideV w:val="single" w:sz="8" w:space="0" w:color="000000" w:themeColor="dk1"/>
        </w:tcBorders>
        <w:shd w:val="clear" w:color="auto" w:fill="BFBFBF" w:themeFill="dk1" w:themeFillTint="3f"/>
      </w:tcPr>
    </w:tblStylePr>
    <w:tblStylePr w:type="band2Horz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  <w:insideV w:val="single" w:sz="8" w:space="0" w:color="000000" w:themeColor="dk1"/>
        </w:tcBorders>
      </w:tcPr>
    </w:tblStylePr>
  </w:style>
  <w:style w:type="table" w:styleId="LightGrid-Accent1">
    <w:name w:val="Light Grid Accent 1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3F3F3F" w:themeColor="dk1" w:themeTint="bf"/>
        <w:left w:val="single" w:sz="8" w:space="0" w:color="3F3F3F" w:themeColor="dk1" w:themeTint="bf"/>
        <w:bottom w:val="single" w:sz="8" w:space="0" w:color="3F3F3F" w:themeColor="dk1" w:themeTint="bf"/>
        <w:right w:val="single" w:sz="8" w:space="0" w:color="3F3F3F" w:themeColor="dk1" w:themeTint="bf"/>
        <w:insideH w:val="single" w:sz="8" w:space="0" w:color="3F3F3F" w:themeColor="dk1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3F3F3F" w:themeColor="dk1" w:themeTint="bf"/>
          <w:left w:val="single" w:sz="8" w:space="0" w:color="3F3F3F" w:themeColor="dk1" w:themeTint="bf"/>
          <w:bottom w:val="single" w:sz="8" w:space="0" w:color="3F3F3F" w:themeColor="dk1" w:themeTint="bf"/>
          <w:right w:val="single" w:sz="8" w:space="0" w:color="3F3F3F" w:themeColor="dk1" w:themeTint="bf"/>
          <w:insideH w:val="nil"/>
          <w:insideV w:val="nil"/>
        </w:tcBorders>
        <w:shd w:val="clear" w:color="auto" w:fill="000000" w:themeFill="dk1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3F3F3F" w:themeColor="dk1" w:themeTint="bf"/>
          <w:left w:val="single" w:sz="8" w:space="0" w:color="3F3F3F" w:themeColor="dk1" w:themeTint="bf"/>
          <w:bottom w:val="single" w:sz="8" w:space="0" w:color="3F3F3F" w:themeColor="dk1" w:themeTint="bf"/>
          <w:right w:val="single" w:sz="8" w:space="0" w:color="3F3F3F" w:themeColor="dk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dk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dk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B4CC82" w:themeColor="accent3" w:themeTint="bf"/>
        <w:left w:val="single" w:sz="8" w:space="0" w:color="B4CC82" w:themeColor="accent3" w:themeTint="bf"/>
        <w:bottom w:val="single" w:sz="8" w:space="0" w:color="B4CC82" w:themeColor="accent3" w:themeTint="bf"/>
        <w:right w:val="single" w:sz="8" w:space="0" w:color="B4CC82" w:themeColor="accent3" w:themeTint="bf"/>
        <w:insideH w:val="single" w:sz="8" w:space="0" w:color="B4CC82" w:themeColor="accent3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B4CC82" w:themeColor="accent3" w:themeTint="bf"/>
          <w:left w:val="single" w:sz="8" w:space="0" w:color="B4CC82" w:themeColor="accent3" w:themeTint="bf"/>
          <w:bottom w:val="single" w:sz="8" w:space="0" w:color="B4CC82" w:themeColor="accent3" w:themeTint="bf"/>
          <w:right w:val="single" w:sz="8" w:space="0" w:color="B4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B4CC82" w:themeColor="accent3" w:themeTint="bf"/>
          <w:left w:val="single" w:sz="8" w:space="0" w:color="B4CC82" w:themeColor="accent3" w:themeTint="bf"/>
          <w:bottom w:val="single" w:sz="8" w:space="0" w:color="B4CC82" w:themeColor="accent3" w:themeTint="bf"/>
          <w:right w:val="single" w:sz="8" w:space="0" w:color="B4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dk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dk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000000" w:themeColor="dk1"/>
        <w:bottom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dk1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 w:themeColor="dk1"/>
          <w:bottom w:val="single" w:sz="8" w:space="0" w:color="000000" w:themeColor="dk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dk1"/>
          <w:bottom w:val="single" w:sz="8" w:space="0" w:color="000000" w:themeColor="dk1"/>
        </w:tcBorders>
      </w:tcPr>
    </w:tblStylePr>
    <w:tblStylePr w:type="band1Vert">
      <w:tblPr/>
      <w:tcPr>
        <w:shd w:val="clear" w:color="auto" w:fill="BFBFBF" w:themeFill="dk1" w:themeFillTint="3f"/>
      </w:tcPr>
    </w:tblStylePr>
    <w:tblStylePr w:type="band1Horz">
      <w:tblPr/>
      <w:tcPr>
        <w:shd w:val="clear" w:color="auto" w:fill="BFBFBF" w:themeFill="dk1" w:themeFillTint="3f"/>
      </w:tcPr>
    </w:tblStylePr>
  </w:style>
  <w:style w:type="table" w:styleId="MediumList1-Accent1">
    <w:name w:val="Medium List 1 Accent 1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MediumList1-Accent3">
    <w:name w:val="Medium List 1 Accent 3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MediumList1-Accent6">
    <w:name w:val="Medium List 1 Accent 6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MediumList2">
    <w:name w:val="Medium List 2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000000" w:themeColor="dk1"/>
        <w:left w:val="single" w:sz="8" w:space="0" w:color="000000" w:themeColor="dk1"/>
        <w:bottom w:val="single" w:sz="8" w:space="0" w:color="000000" w:themeColor="dk1"/>
        <w:right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dk1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dk1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000000" w:themeColor="dk1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dk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dk1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3F3F3F" w:themeColor="dk1" w:themeTint="bf"/>
        <w:left w:val="single" w:sz="8" w:space="0" w:color="3F3F3F" w:themeColor="dk1" w:themeTint="bf"/>
        <w:bottom w:val="single" w:sz="8" w:space="0" w:color="3F3F3F" w:themeColor="dk1" w:themeTint="bf"/>
        <w:right w:val="single" w:sz="8" w:space="0" w:color="3F3F3F" w:themeColor="dk1" w:themeTint="bf"/>
        <w:insideH w:val="single" w:sz="8" w:space="0" w:color="3F3F3F" w:themeColor="dk1" w:themeTint="bf"/>
        <w:insideV w:val="single" w:sz="8" w:space="0" w:color="3F3F3F" w:themeColor="dk1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BFBFBF" w:themeFill="dk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F3F3F" w:themeColor="dk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dk1" w:themeFillTint="7f"/>
      </w:tcPr>
    </w:tblStylePr>
    <w:tblStylePr w:type="band1Horz">
      <w:tblPr/>
      <w:tcPr>
        <w:shd w:val="clear" w:color="auto" w:fill="7F7F7F" w:themeFill="dk1" w:themeFillTint="7f"/>
      </w:tcPr>
    </w:tblStylePr>
  </w:style>
  <w:style w:type="table" w:styleId="MediumGrid1-Accent1">
    <w:name w:val="Medium Grid 1 Accent 1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MediumGrid1-Accent2">
    <w:name w:val="Medium Grid 1 Accent 2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B4CC82" w:themeColor="accent3" w:themeTint="bf"/>
        <w:left w:val="single" w:sz="8" w:space="0" w:color="B4CC82" w:themeColor="accent3" w:themeTint="bf"/>
        <w:bottom w:val="single" w:sz="8" w:space="0" w:color="B4CC82" w:themeColor="accent3" w:themeTint="bf"/>
        <w:right w:val="single" w:sz="8" w:space="0" w:color="B4CC82" w:themeColor="accent3" w:themeTint="bf"/>
        <w:insideH w:val="single" w:sz="8" w:space="0" w:color="B4CC82" w:themeColor="accent3" w:themeTint="bf"/>
        <w:insideV w:val="single" w:sz="8" w:space="0" w:color="B4CC82" w:themeColor="accent3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000000" w:themeColor="dk1"/>
        <w:left w:val="single" w:sz="8" w:space="0" w:color="000000" w:themeColor="dk1"/>
        <w:bottom w:val="single" w:sz="8" w:space="0" w:color="000000" w:themeColor="dk1"/>
        <w:right w:val="single" w:sz="8" w:space="0" w:color="000000" w:themeColor="dk1"/>
        <w:insideH w:val="single" w:sz="8" w:space="0" w:color="000000" w:themeColor="dk1"/>
        <w:insideV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BFBFBF" w:themeFill="dk1" w:themeFillTint="3f"/>
    </w:tcPr>
    <w:tblStylePr w:type="firstRow">
      <w:rPr>
        <w:b/>
        <w:bCs/>
        <w:color w:val="000000"/>
      </w:rPr>
      <w:tblPr/>
      <w:tcPr>
        <w:shd w:val="clear" w:color="auto" w:fill="E5E5E5" w:themeFill="dk1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BCB" w:themeFill="dk1" w:themeFillTint="33"/>
      </w:tcPr>
    </w:tblStylePr>
    <w:tblStylePr w:type="band1Vert">
      <w:tblPr/>
      <w:tcPr>
        <w:shd w:val="clear" w:color="auto" w:fill="7F7F7F" w:themeFill="dk1" w:themeFillTint="7f"/>
      </w:tcPr>
    </w:tblStylePr>
    <w:tblStylePr w:type="band1Horz">
      <w:tblPr/>
      <w:tcPr>
        <w:tcBorders>
          <w:insideH w:val="single" w:sz="6" w:space="0" w:color="000000" w:themeColor="dk1"/>
          <w:insideV w:val="single" w:sz="6" w:space="0" w:color="000000" w:themeColor="dk1"/>
        </w:tcBorders>
        <w:shd w:val="clear" w:color="auto" w:fill="7F7F7F" w:themeFill="dk1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1">
    <w:name w:val="Medium Grid 2 Accent 1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3DFEE" w:themeFill="accent1" w:themeFillTint="3f"/>
    </w:tcPr>
    <w:tblStylePr w:type="firstRow">
      <w:rPr>
        <w:b/>
        <w:bCs/>
        <w:color w:val="000000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2">
    <w:name w:val="Medium Grid 2 Accent 2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FD3D3" w:themeFill="accent2" w:themeFillTint="3f"/>
    </w:tcPr>
    <w:tblStylePr w:type="firstRow">
      <w:rPr>
        <w:b/>
        <w:bCs/>
        <w:color w:val="000000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3">
    <w:name w:val="Medium Grid 2 Accent 3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6EED5" w:themeFill="accent3" w:themeFillTint="3f"/>
    </w:tcPr>
    <w:tblStylePr w:type="firstRow">
      <w:rPr>
        <w:b/>
        <w:bCs/>
        <w:color w:val="000000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4">
    <w:name w:val="Medium Grid 2 Accent 4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FD8E8" w:themeFill="accent4" w:themeFillTint="3f"/>
    </w:tcPr>
    <w:tblStylePr w:type="firstRow">
      <w:rPr>
        <w:b/>
        <w:bCs/>
        <w:color w:val="000000"/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0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5">
    <w:name w:val="Medium Grid 2 Accent 5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2EAF0" w:themeFill="accent5" w:themeFillTint="3f"/>
    </w:tcPr>
    <w:tblStylePr w:type="firstRow">
      <w:rPr>
        <w:b/>
        <w:bCs/>
        <w:color w:val="000000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6">
    <w:name w:val="Medium Grid 2 Accent 6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DE5D1" w:themeFill="accent6" w:themeFillTint="3f"/>
    </w:tcPr>
    <w:tblStylePr w:type="firstRow">
      <w:rPr>
        <w:b/>
        <w:bCs/>
        <w:color w:val="000000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A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3">
    <w:name w:val="Medium Grid 3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BFBFBF" w:themeFill="dk1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000000" w:themeFill="dk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000000" w:themeFill="dk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000000" w:themeFill="dk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000000" w:themeFill="dk1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7F7F7F" w:themeFill="dk1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7F7F7F" w:themeFill="dk1" w:themeFillTint="7f"/>
      </w:tcPr>
    </w:tblStylePr>
  </w:style>
  <w:style w:type="table" w:styleId="MediumGrid3-Accent1">
    <w:name w:val="Medium Grid 3 Accent 1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A7C0DE" w:themeFill="accent1" w:themeFillTint="7f"/>
      </w:tcPr>
    </w:tblStylePr>
  </w:style>
  <w:style w:type="table" w:styleId="MediumGrid3-Accent2">
    <w:name w:val="Medium Grid 3 Accent 2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FBCAA2" w:themeFill="accent6" w:themeFillTint="7f"/>
      </w:tcPr>
    </w:tblStylePr>
  </w:style>
  <w:style w:type="table" w:styleId="DarkList">
    <w:name w:val="Dark List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000000" w:themeFill="dk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000000" w:themeFill="dk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000000" w:themeFill="dk1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000000" w:themeFill="dk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dk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dk1" w:themeFillShade="bf"/>
      </w:tcPr>
    </w:tblStylePr>
  </w:style>
  <w:style w:type="table" w:styleId="DarkList-Accent1">
    <w:name w:val="Dark List Accent 1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2440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37609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37609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609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6092" w:themeFill="accent1" w:themeFillShade="bf"/>
      </w:tcPr>
    </w:tblStylePr>
  </w:style>
  <w:style w:type="table" w:styleId="DarkList-Accent2">
    <w:name w:val="Dark List Accent 2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6325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95373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95373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373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3735" w:themeFill="accent2" w:themeFillShade="bf"/>
      </w:tcPr>
    </w:tblStylePr>
  </w:style>
  <w:style w:type="table" w:styleId="DarkList-Accent3">
    <w:name w:val="Dark List Accent 3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4F62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7693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7693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3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33C" w:themeFill="accent3" w:themeFillShade="bf"/>
      </w:tcPr>
    </w:tblStylePr>
  </w:style>
  <w:style w:type="table" w:styleId="DarkList-Accent4">
    <w:name w:val="Dark List Accent 4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40315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604A7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604A7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4A7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4A7B" w:themeFill="accent4" w:themeFillShade="bf"/>
      </w:tcPr>
    </w:tblStylePr>
  </w:style>
  <w:style w:type="table" w:styleId="DarkList-Accent5">
    <w:name w:val="Dark List Accent 5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21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3185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3185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5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59B" w:themeFill="accent5" w:themeFillShade="bf"/>
      </w:tcPr>
    </w:tblStylePr>
  </w:style>
  <w:style w:type="table" w:styleId="DarkList-Accent6">
    <w:name w:val="Dark List Accent 6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97480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E4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E4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6C0A" w:themeFill="accent6" w:themeFillShade="bf"/>
      </w:tcPr>
    </w:tblStylePr>
  </w:style>
  <w:style w:type="table" w:styleId="ColorfulShading">
    <w:name w:val="Colorful Shading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C0504D" w:themeColor="accent2"/>
        <w:left w:val="single" w:sz="4" w:space="0" w:color="000000" w:themeColor="dk1"/>
        <w:bottom w:val="single" w:sz="4" w:space="0" w:color="000000" w:themeColor="dk1"/>
        <w:right w:val="single" w:sz="4" w:space="0" w:color="000000" w:themeColor="dk1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5E5E5" w:themeFill="dk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000000" w:themeFill="dk1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dk1" w:themeShade="99"/>
          <w:insideV w:val="nil"/>
        </w:tcBorders>
        <w:shd w:val="clear" w:color="auto" w:fill="000000" w:themeFill="dk1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dk1" w:themeFillShade="bf"/>
      </w:tcPr>
    </w:tblStylePr>
    <w:tblStylePr w:type="band1Vert">
      <w:tblPr/>
      <w:tcPr>
        <w:shd w:val="clear" w:color="auto" w:fill="989898" w:themeFill="dk1" w:themeFillTint="66"/>
      </w:tcPr>
    </w:tblStylePr>
    <w:tblStylePr w:type="band1Horz">
      <w:tblPr/>
      <w:tcPr>
        <w:shd w:val="clear" w:color="auto" w:fill="7F7F7F" w:themeFill="dk1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2C4D75" w:themeFill="accent1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D75" w:themeColor="accent1" w:themeShade="99"/>
          <w:insideV w:val="nil"/>
        </w:tcBorders>
        <w:shd w:val="clear" w:color="auto" w:fill="2C4D75" w:themeFill="accent1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D75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772C2A" w:themeFill="accent2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9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5F7530" w:themeFill="accent3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F7530" w:themeColor="accent3" w:themeShade="99"/>
          <w:insideV w:val="nil"/>
        </w:tcBorders>
        <w:shd w:val="clear" w:color="auto" w:fill="5F7530" w:themeFill="accent3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7530" w:themeFill="accent3" w:themeFillShade="99"/>
      </w:tcPr>
    </w:tblStylePr>
    <w:tblStylePr w:type="band1Vert">
      <w:tblPr/>
      <w:tcPr>
        <w:shd w:val="clear" w:color="auto" w:fill="D7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4D3B62" w:themeFill="accent4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D3B62" w:themeColor="accent4" w:themeShade="99"/>
          <w:insideV w:val="nil"/>
        </w:tcBorders>
        <w:shd w:val="clear" w:color="auto" w:fill="4D3B62" w:themeFill="accent4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3B62" w:themeFill="accent4" w:themeFillShade="99"/>
      </w:tcPr>
    </w:tblStylePr>
    <w:tblStylePr w:type="band1Vert">
      <w:tblPr/>
      <w:tcPr>
        <w:shd w:val="clear" w:color="auto" w:fill="CCC1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276A7C" w:themeFill="accent5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7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B65708" w:themeFill="accent6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708" w:themeColor="accent6" w:themeShade="99"/>
          <w:insideV w:val="nil"/>
        </w:tcBorders>
        <w:shd w:val="clear" w:color="auto" w:fill="B65708" w:themeFill="accent6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708" w:themeFill="accent6" w:themeFillShade="99"/>
      </w:tcPr>
    </w:tblStylePr>
    <w:tblStylePr w:type="band1Vert">
      <w:tblPr/>
      <w:tcPr>
        <w:shd w:val="clear" w:color="auto" w:fill="FBD5B5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List">
    <w:name w:val="Colorful List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5E5E5" w:themeFill="dk1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9F3B38" w:themeFill="accent2" w:themeFillShade="cc"/>
      </w:tcPr>
    </w:tblStylePr>
    <w:tblStylePr w:type="lastRow">
      <w:rPr>
        <w:b/>
        <w:bCs/>
        <w:color w:val="9F3B38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dk1" w:themeFillTint="3f"/>
      </w:tcPr>
    </w:tblStylePr>
    <w:tblStylePr w:type="band1Horz">
      <w:tblPr/>
      <w:tcPr>
        <w:shd w:val="clear" w:color="auto" w:fill="CBCBCB" w:themeFill="dk1" w:themeFillTint="33"/>
      </w:tcPr>
    </w:tblStylePr>
  </w:style>
  <w:style w:type="table" w:styleId="ColorfulList-Accent1">
    <w:name w:val="Colorful List Accent 1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9F3B38" w:themeFill="accent2" w:themeFillShade="cc"/>
      </w:tcPr>
    </w:tblStylePr>
    <w:tblStylePr w:type="lastRow">
      <w:rPr>
        <w:b/>
        <w:bCs/>
        <w:color w:val="9F3B38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9F3B38" w:themeFill="accent2" w:themeFillShade="cc"/>
      </w:tcPr>
    </w:tblStylePr>
    <w:tblStylePr w:type="lastRow">
      <w:rPr>
        <w:b/>
        <w:bCs/>
        <w:color w:val="9F3B38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664F83" w:themeFill="accent4" w:themeFillShade="cc"/>
      </w:tcPr>
    </w:tblStylePr>
    <w:tblStylePr w:type="lastRow">
      <w:rPr>
        <w:b/>
        <w:bCs/>
        <w:color w:val="664F83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BF1DD" w:themeFill="accent3" w:themeFillTint="33"/>
      </w:tcPr>
    </w:tblStylePr>
  </w:style>
  <w:style w:type="table" w:styleId="ColorfulList-Accent4">
    <w:name w:val="Colorful List Accent 4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7E9D40" w:themeFill="accent3" w:themeFillShade="cc"/>
      </w:tcPr>
    </w:tblStylePr>
    <w:tblStylePr w:type="lastRow">
      <w:rPr>
        <w:b/>
        <w:bCs/>
        <w:color w:val="7E9D40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E0EC" w:themeFill="accent4" w:themeFillTint="33"/>
      </w:tcPr>
    </w:tblStylePr>
  </w:style>
  <w:style w:type="table" w:styleId="ColorfulList-Accent5">
    <w:name w:val="Colorful List Accent 5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F3740B" w:themeFill="accent6" w:themeFillShade="cc"/>
      </w:tcPr>
    </w:tblStylePr>
    <w:tblStylePr w:type="lastRow">
      <w:rPr>
        <w:b/>
        <w:bCs/>
        <w:color w:val="F3740B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358EA6" w:themeFill="accent5" w:themeFillShade="cc"/>
      </w:tcPr>
    </w:tblStylePr>
    <w:tblStylePr w:type="lastRow">
      <w:rPr>
        <w:b/>
        <w:bCs/>
        <w:color w:val="358EA6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AD9" w:themeFill="accent6" w:themeFillTint="33"/>
      </w:tcPr>
    </w:tblStylePr>
  </w:style>
  <w:style w:type="table" w:styleId="ColorfulGrid">
    <w:name w:val="Colorful Grid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CBCBCB" w:themeFill="dk1" w:themeFillTint="33"/>
    </w:tcPr>
    <w:tblStylePr w:type="firstRow">
      <w:rPr>
        <w:b/>
        <w:bCs/>
      </w:rPr>
      <w:tblPr/>
      <w:tcPr>
        <w:shd w:val="clear" w:color="auto" w:fill="989898" w:themeFill="dk1" w:themeFillTint="66"/>
      </w:tcPr>
    </w:tblStylePr>
    <w:tblStylePr w:type="lastRow">
      <w:rPr>
        <w:b/>
        <w:bCs/>
        <w:color w:val="000000"/>
      </w:rPr>
      <w:tblPr/>
      <w:tcPr>
        <w:shd w:val="clear" w:color="auto" w:fill="989898" w:themeFill="dk1" w:themeFillTint="66"/>
      </w:tcPr>
    </w:tblStylePr>
    <w:tblStylePr w:type="firstCol">
      <w:rPr>
        <w:color w:val="FFFFFF"/>
      </w:rPr>
      <w:tblPr/>
      <w:tcPr>
        <w:shd w:val="clear" w:color="auto" w:fill="000000" w:themeFill="dk1" w:themeFillShade="bf"/>
      </w:tcPr>
    </w:tblStylePr>
    <w:tblStylePr w:type="lastCol">
      <w:rPr>
        <w:color w:val="FFFFFF"/>
      </w:rPr>
      <w:tblPr/>
      <w:tcPr>
        <w:shd w:val="clear" w:color="auto" w:fill="000000" w:themeFill="dk1" w:themeFillShade="bf"/>
      </w:tcPr>
    </w:tblStylePr>
    <w:tblStylePr w:type="band1Vert">
      <w:tblPr/>
      <w:tcPr>
        <w:shd w:val="clear" w:color="auto" w:fill="7F7F7F" w:themeFill="dk1" w:themeFillTint="7f"/>
      </w:tcPr>
    </w:tblStylePr>
    <w:tblStylePr w:type="band1Horz">
      <w:tblPr/>
      <w:tcPr>
        <w:shd w:val="clear" w:color="auto" w:fill="7F7F7F" w:themeFill="dk1" w:themeFillTint="7f"/>
      </w:tcPr>
    </w:tblStylePr>
  </w:style>
  <w:style w:type="table" w:styleId="ColorfulGrid-Accent1">
    <w:name w:val="Colorful Grid Accent 1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/>
      </w:rPr>
      <w:tblPr/>
      <w:tcPr>
        <w:shd w:val="clear" w:color="auto" w:fill="B8CCE4" w:themeFill="accent1" w:themeFillTint="66"/>
      </w:tcPr>
    </w:tblStylePr>
    <w:tblStylePr w:type="firstCol">
      <w:rPr>
        <w:color w:val="FFFFFF"/>
      </w:rPr>
      <w:tblPr/>
      <w:tcPr>
        <w:shd w:val="clear" w:color="auto" w:fill="376092" w:themeFill="accent1" w:themeFillShade="bf"/>
      </w:tcPr>
    </w:tblStylePr>
    <w:tblStylePr w:type="lastCol">
      <w:rPr>
        <w:color w:val="FFFFFF"/>
      </w:rPr>
      <w:tblPr/>
      <w:tcPr>
        <w:shd w:val="clear" w:color="auto" w:fill="376092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ColorfulGrid-Accent2">
    <w:name w:val="Colorful Grid Accent 2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9B7" w:themeFill="accent2" w:themeFillTint="66"/>
      </w:tcPr>
    </w:tblStylePr>
    <w:tblStylePr w:type="lastRow">
      <w:rPr>
        <w:b/>
        <w:bCs/>
        <w:color w:val="000000"/>
      </w:rPr>
      <w:tblPr/>
      <w:tcPr>
        <w:shd w:val="clear" w:color="auto" w:fill="E5B9B7" w:themeFill="accent2" w:themeFillTint="66"/>
      </w:tcPr>
    </w:tblStylePr>
    <w:tblStylePr w:type="firstCol">
      <w:rPr>
        <w:color w:val="FFFFFF"/>
      </w:rPr>
      <w:tblPr/>
      <w:tcPr>
        <w:shd w:val="clear" w:color="auto" w:fill="953735" w:themeFill="accent2" w:themeFillShade="bf"/>
      </w:tcPr>
    </w:tblStylePr>
    <w:tblStylePr w:type="lastCol">
      <w:rPr>
        <w:color w:val="FFFFFF"/>
      </w:rPr>
      <w:tblPr/>
      <w:tcPr>
        <w:shd w:val="clear" w:color="auto" w:fill="953735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BF1DD" w:themeFill="accent3" w:themeFillTint="33"/>
    </w:tcPr>
    <w:tblStylePr w:type="firstRow">
      <w:rPr>
        <w:b/>
        <w:bCs/>
      </w:rPr>
      <w:tblPr/>
      <w:tcPr>
        <w:shd w:val="clear" w:color="auto" w:fill="D7E3BC" w:themeFill="accent3" w:themeFillTint="66"/>
      </w:tcPr>
    </w:tblStylePr>
    <w:tblStylePr w:type="lastRow">
      <w:rPr>
        <w:b/>
        <w:bCs/>
        <w:color w:val="000000"/>
      </w:rPr>
      <w:tblPr/>
      <w:tcPr>
        <w:shd w:val="clear" w:color="auto" w:fill="D7E3BC" w:themeFill="accent3" w:themeFillTint="66"/>
      </w:tcPr>
    </w:tblStylePr>
    <w:tblStylePr w:type="firstCol">
      <w:rPr>
        <w:color w:val="FFFFFF"/>
      </w:rPr>
      <w:tblPr/>
      <w:tcPr>
        <w:shd w:val="clear" w:color="auto" w:fill="76933C" w:themeFill="accent3" w:themeFillShade="bf"/>
      </w:tcPr>
    </w:tblStylePr>
    <w:tblStylePr w:type="lastCol">
      <w:rPr>
        <w:color w:val="FFFFFF"/>
      </w:rPr>
      <w:tblPr/>
      <w:tcPr>
        <w:shd w:val="clear" w:color="auto" w:fill="7693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5E0EC" w:themeFill="accent4" w:themeFillTint="33"/>
    </w:tcPr>
    <w:tblStylePr w:type="firstRow">
      <w:rPr>
        <w:b/>
        <w:bCs/>
      </w:rPr>
      <w:tblPr/>
      <w:tcPr>
        <w:shd w:val="clear" w:color="auto" w:fill="CCC1D9" w:themeFill="accent4" w:themeFillTint="66"/>
      </w:tcPr>
    </w:tblStylePr>
    <w:tblStylePr w:type="lastRow">
      <w:rPr>
        <w:b/>
        <w:bCs/>
        <w:color w:val="000000"/>
      </w:rPr>
      <w:tblPr/>
      <w:tcPr>
        <w:shd w:val="clear" w:color="auto" w:fill="CCC1D9" w:themeFill="accent4" w:themeFillTint="66"/>
      </w:tcPr>
    </w:tblStylePr>
    <w:tblStylePr w:type="firstCol">
      <w:rPr>
        <w:color w:val="FFFFFF"/>
      </w:rPr>
      <w:tblPr/>
      <w:tcPr>
        <w:shd w:val="clear" w:color="auto" w:fill="604A7B" w:themeFill="accent4" w:themeFillShade="bf"/>
      </w:tcPr>
    </w:tblStylePr>
    <w:tblStylePr w:type="lastCol">
      <w:rPr>
        <w:color w:val="FFFFFF"/>
      </w:rPr>
      <w:tblPr/>
      <w:tcPr>
        <w:shd w:val="clear" w:color="auto" w:fill="604A7B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7DDE8" w:themeFill="accent5" w:themeFillTint="66"/>
      </w:tcPr>
    </w:tblStylePr>
    <w:tblStylePr w:type="lastRow">
      <w:rPr>
        <w:b/>
        <w:bCs/>
        <w:color w:val="000000"/>
      </w:rPr>
      <w:tblPr/>
      <w:tcPr>
        <w:shd w:val="clear" w:color="auto" w:fill="B7DDE8" w:themeFill="accent5" w:themeFillTint="66"/>
      </w:tcPr>
    </w:tblStylePr>
    <w:tblStylePr w:type="firstCol">
      <w:rPr>
        <w:color w:val="FFFFFF"/>
      </w:rPr>
      <w:tblPr/>
      <w:tcPr>
        <w:shd w:val="clear" w:color="auto" w:fill="31859B" w:themeFill="accent5" w:themeFillShade="bf"/>
      </w:tcPr>
    </w:tblStylePr>
    <w:tblStylePr w:type="lastCol">
      <w:rPr>
        <w:color w:val="FFFFFF"/>
      </w:rPr>
      <w:tblPr/>
      <w:tcPr>
        <w:shd w:val="clear" w:color="auto" w:fill="3185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DEAD9" w:themeFill="accent6" w:themeFillTint="33"/>
    </w:tcPr>
    <w:tblStylePr w:type="firstRow">
      <w:rPr>
        <w:b/>
        <w:bCs/>
      </w:rPr>
      <w:tblPr/>
      <w:tcPr>
        <w:shd w:val="clear" w:color="auto" w:fill="FBD5B5" w:themeFill="accent6" w:themeFillTint="66"/>
      </w:tcPr>
    </w:tblStylePr>
    <w:tblStylePr w:type="lastRow">
      <w:rPr>
        <w:b/>
        <w:bCs/>
        <w:color w:val="000000"/>
      </w:rPr>
      <w:tblPr/>
      <w:tcPr>
        <w:shd w:val="clear" w:color="auto" w:fill="FBD5B5" w:themeFill="accent6" w:themeFillTint="66"/>
      </w:tcPr>
    </w:tblStylePr>
    <w:tblStylePr w:type="firstCol">
      <w:rPr>
        <w:color w:val="FFFFFF"/>
      </w:rPr>
      <w:tblPr/>
      <w:tcPr>
        <w:shd w:val="clear" w:color="auto" w:fill="E46C0A" w:themeFill="accent6" w:themeFillShade="bf"/>
      </w:tcPr>
    </w:tblStylePr>
    <w:tblStylePr w:type="lastCol">
      <w:rPr>
        <w:color w:val="FFFFFF"/>
      </w:rPr>
      <w:tblPr/>
      <w:tcPr>
        <w:shd w:val="clear" w:color="auto" w:fill="E4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1</cp:revision>
  <dcterms:created xsi:type="dcterms:W3CDTF">2013-12-23T23:15:00Z</dcterms:created>
  <dcterms:modified xsi:type="dcterms:W3CDTF">2026-07-23T03:04:53Z</dcterms:modified>
  <cp:version>1100.0100.01</cp:version>
</cp:coreProperties>
</file>